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F1B7C" w14:textId="77777777" w:rsidR="000B4241" w:rsidRDefault="000B4241" w:rsidP="000B4241">
      <w:pPr>
        <w:pStyle w:val="Title"/>
        <w:rPr>
          <w:sz w:val="40"/>
          <w:szCs w:val="40"/>
        </w:rPr>
      </w:pPr>
    </w:p>
    <w:p w14:paraId="4FBD4960" w14:textId="5A92CA13" w:rsidR="000B4241" w:rsidRPr="00597958" w:rsidRDefault="000B4241" w:rsidP="000B4241">
      <w:pPr>
        <w:pStyle w:val="Title"/>
        <w:rPr>
          <w:b w:val="0"/>
          <w:bCs w:val="0"/>
          <w:sz w:val="40"/>
          <w:szCs w:val="40"/>
        </w:rPr>
      </w:pPr>
      <w:r w:rsidRPr="00597958">
        <w:rPr>
          <w:sz w:val="40"/>
          <w:szCs w:val="40"/>
        </w:rPr>
        <w:t xml:space="preserve">RCPI Higher Specialist Training: Clinical </w:t>
      </w:r>
      <w:r>
        <w:rPr>
          <w:sz w:val="40"/>
          <w:szCs w:val="40"/>
        </w:rPr>
        <w:t>Neurophysiology</w:t>
      </w:r>
    </w:p>
    <w:p w14:paraId="2BB4C6A9" w14:textId="77777777" w:rsidR="000B4241" w:rsidRPr="00597958" w:rsidRDefault="000B4241" w:rsidP="000B4241">
      <w:pPr>
        <w:pStyle w:val="Title"/>
        <w:rPr>
          <w:b w:val="0"/>
          <w:bCs w:val="0"/>
        </w:rPr>
      </w:pPr>
      <w:r w:rsidRPr="00597958">
        <w:t>Curriculum Vitae</w:t>
      </w:r>
    </w:p>
    <w:p w14:paraId="4C95BCCC" w14:textId="77777777" w:rsidR="007C0991" w:rsidRDefault="007C0991" w:rsidP="007C0991"/>
    <w:p w14:paraId="0F03ED25" w14:textId="77777777" w:rsidR="003E7DCE" w:rsidRPr="007C0991" w:rsidRDefault="003E7DCE" w:rsidP="007C0991"/>
    <w:p w14:paraId="6E5B97C0" w14:textId="59A16C94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EndPr/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EndPr/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41509EF7" w:rsidR="009E4AEB" w:rsidRPr="00597958" w:rsidRDefault="009F52E8" w:rsidP="009E4AEB">
            <w:pPr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597958">
              <w:rPr>
                <w:b/>
                <w:bCs/>
              </w:rPr>
              <w:t xml:space="preserve"> 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EndPr/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4051ADAB">
                <wp:simplePos x="0" y="0"/>
                <wp:positionH relativeFrom="margin">
                  <wp:align>right</wp:align>
                </wp:positionH>
                <wp:positionV relativeFrom="paragraph">
                  <wp:posOffset>1816680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39F82" w14:textId="77777777" w:rsidR="003E7DCE" w:rsidRPr="009E1E94" w:rsidRDefault="003E7DCE" w:rsidP="003E7DC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43.0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CXHITB&#10;3QAAAAgBAAAPAAAAAAAAAAAAAAAAAGgEAABkcnMvZG93bnJldi54bWxQSwUGAAAAAAQABADzAAAA&#10;cgUAAAAA&#10;">
                <v:textbox style="mso-fit-shape-to-text:t">
                  <w:txbxContent>
                    <w:p w14:paraId="61239F82" w14:textId="77777777" w:rsidR="003E7DCE" w:rsidRPr="009E1E94" w:rsidRDefault="003E7DCE" w:rsidP="003E7DCE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76FF42FC" w14:textId="77777777" w:rsidR="000B4241" w:rsidRDefault="009F52E8" w:rsidP="000B4241">
      <w:pPr>
        <w:pStyle w:val="Heading1"/>
      </w:pPr>
      <w:r w:rsidRPr="009F52E8">
        <w:lastRenderedPageBreak/>
        <w:t>Career Objective / Personal Statement</w:t>
      </w:r>
    </w:p>
    <w:p w14:paraId="0D2D7DFA" w14:textId="3DE78C54" w:rsidR="009F52E8" w:rsidRPr="000B4241" w:rsidRDefault="009F52E8" w:rsidP="000B4241">
      <w:pPr>
        <w:rPr>
          <w:b/>
          <w:bCs/>
        </w:rPr>
      </w:pPr>
      <w:r w:rsidRPr="000B4241">
        <w:rPr>
          <w:b/>
          <w:bCs/>
        </w:rPr>
        <w:t>Brief statement (250 words) outlining your motivation for a career in medicine, chosen specialty, and career goals within the HSE.</w:t>
      </w:r>
    </w:p>
    <w:sdt>
      <w:sdtPr>
        <w:id w:val="-543212701"/>
        <w:placeholder>
          <w:docPart w:val="266335FC542D49358B92E7CE5B8CFB2A"/>
        </w:placeholder>
        <w:showingPlcHdr/>
      </w:sdtPr>
      <w:sdtEndPr/>
      <w:sdtContent>
        <w:p w14:paraId="0ECAB041" w14:textId="22EBD319" w:rsidR="009F52E8" w:rsidRPr="009F52E8" w:rsidRDefault="009F52E8" w:rsidP="009F52E8">
          <w:r w:rsidRPr="00C56C00">
            <w:rPr>
              <w:rStyle w:val="PlaceholderText"/>
            </w:rPr>
            <w:t>Click or tap here to enter text.</w:t>
          </w:r>
        </w:p>
      </w:sdtContent>
    </w:sdt>
    <w:p w14:paraId="29ADDD10" w14:textId="77777777" w:rsidR="003E7DCE" w:rsidRDefault="003E7DCE" w:rsidP="003E7DCE"/>
    <w:p w14:paraId="73ED809F" w14:textId="24AD5BF7" w:rsidR="00214ECC" w:rsidRDefault="003729FB" w:rsidP="001C17E4">
      <w:pPr>
        <w:pStyle w:val="Heading1"/>
      </w:pPr>
      <w:r>
        <w:t>Commitment to Specialty &amp; Career Motivation</w:t>
      </w:r>
    </w:p>
    <w:p w14:paraId="3808862C" w14:textId="77777777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Why are you interested in this specialty?</w:t>
      </w:r>
      <w:r w:rsidR="002D7D98" w:rsidRPr="00597958">
        <w:rPr>
          <w:b/>
          <w:bCs/>
        </w:rPr>
        <w:t xml:space="preserve"> (200 words)</w:t>
      </w:r>
    </w:p>
    <w:p w14:paraId="63A91466" w14:textId="26842EEA" w:rsidR="00214ECC" w:rsidRDefault="002227A0" w:rsidP="00597958">
      <w:sdt>
        <w:sdtPr>
          <w:id w:val="-1365520692"/>
          <w:placeholder>
            <w:docPart w:val="767E5F504CE04A3283DBB5C362BF53DD"/>
          </w:placeholder>
          <w:showingPlcHdr/>
        </w:sdtPr>
        <w:sdtEndPr/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1C56D41B" w14:textId="60725263" w:rsidR="009F52E8" w:rsidRPr="009F52E8" w:rsidRDefault="009F52E8" w:rsidP="009F52E8">
      <w:pPr>
        <w:pStyle w:val="ListParagraph"/>
        <w:numPr>
          <w:ilvl w:val="0"/>
          <w:numId w:val="14"/>
        </w:numPr>
        <w:rPr>
          <w:rFonts w:asciiTheme="minorHAnsi" w:hAnsiTheme="minorHAnsi"/>
          <w:b/>
          <w:bCs/>
          <w:sz w:val="22"/>
        </w:rPr>
      </w:pPr>
      <w:r w:rsidRPr="009F52E8">
        <w:rPr>
          <w:b/>
          <w:bCs/>
        </w:rPr>
        <w:t>What experiences have influenced your decision to pursue this area? (200 words)</w:t>
      </w:r>
    </w:p>
    <w:sdt>
      <w:sdtPr>
        <w:rPr>
          <w:rFonts w:asciiTheme="minorHAnsi" w:hAnsiTheme="minorHAnsi"/>
          <w:sz w:val="22"/>
        </w:rPr>
        <w:id w:val="-252739655"/>
        <w:placeholder>
          <w:docPart w:val="282E423334A1483FB60B9D2CAAE2DFEB"/>
        </w:placeholder>
        <w:showingPlcHdr/>
      </w:sdtPr>
      <w:sdtEndPr/>
      <w:sdtContent>
        <w:p w14:paraId="629CB62C" w14:textId="21A96FAD" w:rsidR="009F52E8" w:rsidRPr="003F78BA" w:rsidRDefault="009F52E8" w:rsidP="009F52E8">
          <w:pPr>
            <w:rPr>
              <w:rFonts w:asciiTheme="minorHAnsi" w:hAnsiTheme="minorHAnsi"/>
              <w:sz w:val="22"/>
            </w:rPr>
          </w:pPr>
          <w:r w:rsidRPr="003F78BA">
            <w:rPr>
              <w:rStyle w:val="PlaceholderText"/>
            </w:rPr>
            <w:t>Click or tap here to enter text.</w:t>
          </w:r>
        </w:p>
      </w:sdtContent>
    </w:sdt>
    <w:p w14:paraId="51C12F35" w14:textId="5460B043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What steps have you taken to build your career in this specialty? (e.g., rotations, audits,</w:t>
      </w:r>
      <w:r>
        <w:t xml:space="preserve"> </w:t>
      </w:r>
      <w:r w:rsidRPr="00597958">
        <w:rPr>
          <w:b/>
          <w:bCs/>
        </w:rPr>
        <w:t>courses, research)</w:t>
      </w:r>
      <w:r w:rsidR="002D7D98" w:rsidRPr="00597958">
        <w:rPr>
          <w:b/>
          <w:bCs/>
        </w:rPr>
        <w:t xml:space="preserve"> (200 words)</w:t>
      </w:r>
    </w:p>
    <w:p w14:paraId="3E3713EA" w14:textId="000B6F80" w:rsidR="009E4AEB" w:rsidRDefault="002227A0" w:rsidP="00597958">
      <w:sdt>
        <w:sdtPr>
          <w:id w:val="-462970739"/>
          <w:placeholder>
            <w:docPart w:val="15FA136DFCC9400EA3643631FD9D49AC"/>
          </w:placeholder>
          <w:showingPlcHdr/>
        </w:sdtPr>
        <w:sdtEndPr/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0DF8CD40" w14:textId="1E38668C" w:rsidR="009F52E8" w:rsidRPr="009F52E8" w:rsidRDefault="009F52E8" w:rsidP="009F52E8">
      <w:pPr>
        <w:pStyle w:val="ListParagraph"/>
        <w:numPr>
          <w:ilvl w:val="0"/>
          <w:numId w:val="14"/>
        </w:numPr>
        <w:rPr>
          <w:b/>
          <w:bCs/>
        </w:rPr>
      </w:pPr>
      <w:r w:rsidRPr="009F52E8">
        <w:rPr>
          <w:b/>
          <w:bCs/>
        </w:rPr>
        <w:t>What are your short- and long-term career goals in this field? (200 words)</w:t>
      </w:r>
    </w:p>
    <w:sdt>
      <w:sdtPr>
        <w:id w:val="1326327786"/>
        <w:placeholder>
          <w:docPart w:val="55A6878A32B748B09A8EA9B3A79FA630"/>
        </w:placeholder>
        <w:showingPlcHdr/>
      </w:sdtPr>
      <w:sdtEndPr/>
      <w:sdtContent>
        <w:p w14:paraId="71BB58BE" w14:textId="4783218E" w:rsidR="009F52E8" w:rsidRDefault="009F52E8" w:rsidP="009F52E8">
          <w:r w:rsidRPr="00C56C00">
            <w:rPr>
              <w:rStyle w:val="PlaceholderText"/>
            </w:rPr>
            <w:t>Click or tap here to enter text.</w:t>
          </w:r>
        </w:p>
      </w:sdtContent>
    </w:sdt>
    <w:p w14:paraId="55187A54" w14:textId="77777777" w:rsidR="003E7DCE" w:rsidRDefault="003E7DC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1BCE517A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Including Memberships</w:t>
      </w:r>
      <w:r w:rsidR="00C7253B">
        <w:t xml:space="preserve"> and Courses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EndPr/>
          <w:sdtContent>
            <w:tc>
              <w:tcPr>
                <w:tcW w:w="966" w:type="pct"/>
              </w:tcPr>
              <w:p w14:paraId="407904E6" w14:textId="7D7C995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EndPr/>
          <w:sdtContent>
            <w:tc>
              <w:tcPr>
                <w:tcW w:w="959" w:type="pct"/>
              </w:tcPr>
              <w:p w14:paraId="7DBDB907" w14:textId="4C9AC59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EndPr/>
          <w:sdtContent>
            <w:tc>
              <w:tcPr>
                <w:tcW w:w="980" w:type="pct"/>
              </w:tcPr>
              <w:p w14:paraId="72703AB3" w14:textId="6E71EC0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5688DA4A" w14:textId="6DDA52B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781077" w14:textId="77777777" w:rsidR="003F78BA" w:rsidRDefault="003F78BA" w:rsidP="003F78BA">
            <w:pPr>
              <w:jc w:val="center"/>
            </w:pPr>
            <w:r>
              <w:t xml:space="preserve">Yes </w:t>
            </w:r>
            <w:sdt>
              <w:sdtPr>
                <w:id w:val="-802309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4A1C897C" w:rsidR="002D7D98" w:rsidRDefault="003F78BA" w:rsidP="003F78BA">
            <w:pPr>
              <w:jc w:val="center"/>
            </w:pPr>
            <w:r>
              <w:t xml:space="preserve">No </w:t>
            </w:r>
            <w:sdt>
              <w:sdtPr>
                <w:id w:val="-997952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EndPr/>
          <w:sdtContent>
            <w:tc>
              <w:tcPr>
                <w:tcW w:w="966" w:type="pct"/>
              </w:tcPr>
              <w:p w14:paraId="62C3AD32" w14:textId="6638C23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EndPr/>
          <w:sdtContent>
            <w:tc>
              <w:tcPr>
                <w:tcW w:w="959" w:type="pct"/>
              </w:tcPr>
              <w:p w14:paraId="07D82FA8" w14:textId="5BFD216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0BA9075E" w14:textId="162F6E1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E8C51A0" w14:textId="061DBBD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2EF24C6C" w14:textId="77777777" w:rsidR="003F78BA" w:rsidRDefault="003F78BA" w:rsidP="003F78BA">
            <w:pPr>
              <w:jc w:val="center"/>
            </w:pPr>
            <w:r>
              <w:t xml:space="preserve">Yes </w:t>
            </w:r>
            <w:sdt>
              <w:sdtPr>
                <w:id w:val="-788202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206A9B09" w:rsidR="002D7D98" w:rsidRDefault="003F78BA" w:rsidP="003F78BA">
            <w:pPr>
              <w:jc w:val="center"/>
            </w:pPr>
            <w:r>
              <w:t xml:space="preserve">No </w:t>
            </w:r>
            <w:sdt>
              <w:sdtPr>
                <w:id w:val="-1475516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EndPr/>
          <w:sdtContent>
            <w:tc>
              <w:tcPr>
                <w:tcW w:w="966" w:type="pct"/>
              </w:tcPr>
              <w:p w14:paraId="0E5CF259" w14:textId="2F2E8C43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EndPr/>
          <w:sdtContent>
            <w:tc>
              <w:tcPr>
                <w:tcW w:w="959" w:type="pct"/>
              </w:tcPr>
              <w:p w14:paraId="1EC9F948" w14:textId="05AC5BB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456CF46E" w14:textId="0F54226E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7FE9FF6A" w14:textId="3A9642D9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8AF1A7A" w14:textId="77777777" w:rsidR="003F78BA" w:rsidRDefault="003F78BA" w:rsidP="003F78BA">
            <w:pPr>
              <w:jc w:val="center"/>
            </w:pPr>
            <w:r>
              <w:t xml:space="preserve">Yes </w:t>
            </w:r>
            <w:sdt>
              <w:sdtPr>
                <w:id w:val="-1726833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2097B967" w:rsidR="002D7D98" w:rsidRDefault="003F78BA" w:rsidP="003F78BA">
            <w:pPr>
              <w:jc w:val="center"/>
            </w:pPr>
            <w:r>
              <w:t xml:space="preserve">No </w:t>
            </w:r>
            <w:sdt>
              <w:sdtPr>
                <w:id w:val="839812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EndPr/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2D7D98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69603CA0" w14:textId="31EEC6B0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2C02ADFA" w14:textId="10A0B363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7DD92037" w14:textId="133D9C3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0DB5DA5D" w14:textId="57818F0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4EDE1730" w14:textId="77777777" w:rsidR="003F78BA" w:rsidRDefault="003F78BA" w:rsidP="003F78BA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69118438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392C77A9" w:rsidR="002D7D98" w:rsidRDefault="003F78BA" w:rsidP="003F78BA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92731304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EndPr/>
            <w:sdtContent>
              <w:tr w:rsidR="00C95D05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0395932B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1C3B902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3415A5C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3D855799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6EFC4DFB" w14:textId="77777777" w:rsidR="003F78BA" w:rsidRDefault="003F78BA" w:rsidP="003F78BA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6378364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6048769D" w:rsidR="00C95D05" w:rsidRDefault="003F78BA" w:rsidP="003F78BA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81032021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23EE3B77" w14:textId="77777777" w:rsidR="003E7DCE" w:rsidRDefault="003E7DCE" w:rsidP="001C17E4">
      <w:pPr>
        <w:pStyle w:val="Heading1"/>
      </w:pPr>
    </w:p>
    <w:p w14:paraId="19F0CD98" w14:textId="77777777" w:rsidR="003E7DCE" w:rsidRDefault="003E7DC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E51985F" w14:textId="056BF709" w:rsidR="009F52E8" w:rsidRDefault="002D7D98" w:rsidP="001C17E4">
      <w:pPr>
        <w:pStyle w:val="Heading1"/>
      </w:pPr>
      <w:r>
        <w:lastRenderedPageBreak/>
        <w:t>Current Professional Registrations</w:t>
      </w:r>
      <w:r w:rsidR="00F4085D">
        <w:t xml:space="preserve"> </w:t>
      </w:r>
    </w:p>
    <w:p w14:paraId="7F1874C1" w14:textId="68441675" w:rsidR="009F52E8" w:rsidRDefault="2D96377B" w:rsidP="009F52E8">
      <w:r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EndPr/>
          <w:sdtContent>
            <w:tc>
              <w:tcPr>
                <w:tcW w:w="749" w:type="pct"/>
              </w:tcPr>
              <w:p w14:paraId="5DE52878" w14:textId="705B3DA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3B4E7722" w14:textId="48736194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EndPr/>
          <w:sdtContent>
            <w:tc>
              <w:tcPr>
                <w:tcW w:w="818" w:type="pct"/>
              </w:tcPr>
              <w:p w14:paraId="4433956D" w14:textId="37C027FA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C3D30A3" w14:textId="7A36AFB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E8C2E90" w14:textId="2B1B9F91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F6A3CE1" w14:textId="0D7E4A4E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49AE3929" w14:textId="59B863FE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818" w:type="pct"/>
              </w:tcPr>
              <w:p w14:paraId="3BD3C74A" w14:textId="52A8CA17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6914337" w14:textId="561753BF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DCC6CF2" w14:textId="7677A2ED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5160684" w14:textId="3068EB49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22" w:type="pct"/>
              </w:tcPr>
              <w:p w14:paraId="0904B07A" w14:textId="2C85BC6B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818" w:type="pct"/>
              </w:tcPr>
              <w:p w14:paraId="13F2E67B" w14:textId="371F902A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880ABF6" w14:textId="2BA1C2A5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87" w:type="pct"/>
              </w:tcPr>
              <w:p w14:paraId="2B51EDCF" w14:textId="234E160E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EndPr/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22" w:type="pct"/>
                      </w:tcPr>
                      <w:p w14:paraId="4E270E41" w14:textId="555A1DCF" w:rsidR="00B16633" w:rsidRDefault="003E7DCE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818" w:type="pct"/>
                      </w:tcPr>
                      <w:p w14:paraId="4B5AA7D5" w14:textId="42B4D005" w:rsidR="00B16633" w:rsidRDefault="003E7DCE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6FE57682" w14:textId="245C7E89" w:rsidR="00B16633" w:rsidRDefault="003E7DCE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87" w:type="pct"/>
                      </w:tcPr>
                      <w:p w14:paraId="51005B27" w14:textId="47048482" w:rsidR="00B16633" w:rsidRDefault="003E7DCE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Default="002D7D98"/>
    <w:p w14:paraId="534EA84F" w14:textId="77777777" w:rsidR="003E7DCE" w:rsidRDefault="003E7DC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4AD253B" w14:textId="460BF1F9" w:rsidR="00214ECC" w:rsidRDefault="003729FB" w:rsidP="001C17E4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2E140B" w14:paraId="2D16504D" w14:textId="77777777" w:rsidTr="00E70F08">
        <w:tc>
          <w:tcPr>
            <w:tcW w:w="9350" w:type="dxa"/>
            <w:gridSpan w:val="2"/>
          </w:tcPr>
          <w:p w14:paraId="57CB4B58" w14:textId="0BE70A26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CD5FB5">
        <w:tc>
          <w:tcPr>
            <w:tcW w:w="2689" w:type="dxa"/>
          </w:tcPr>
          <w:p w14:paraId="4C1371F0" w14:textId="773A0F9E" w:rsidR="00597958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2106E778" w14:textId="1DAEE8EA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09CE63E9" w14:textId="77777777" w:rsidTr="00CD5FB5">
        <w:tc>
          <w:tcPr>
            <w:tcW w:w="2689" w:type="dxa"/>
          </w:tcPr>
          <w:p w14:paraId="67052997" w14:textId="449E67BD" w:rsidR="00597958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4C198349" w14:textId="208FC157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423BA94B" w14:textId="77777777" w:rsidTr="00CD5FB5">
        <w:tc>
          <w:tcPr>
            <w:tcW w:w="2689" w:type="dxa"/>
          </w:tcPr>
          <w:p w14:paraId="4DDB93B2" w14:textId="7F833D2D" w:rsidR="00597958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BBDFA63" w14:textId="4FCAA322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CD5FB5">
        <w:tc>
          <w:tcPr>
            <w:tcW w:w="2689" w:type="dxa"/>
          </w:tcPr>
          <w:p w14:paraId="05DA6982" w14:textId="689D0E30" w:rsidR="00597958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70E49BD" w14:textId="7ED909CB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CD5FB5">
        <w:tc>
          <w:tcPr>
            <w:tcW w:w="2689" w:type="dxa"/>
            <w:vAlign w:val="center"/>
          </w:tcPr>
          <w:p w14:paraId="1A6FF483" w14:textId="5F5E73E1" w:rsidR="002E140B" w:rsidRDefault="002E140B" w:rsidP="002E140B">
            <w:r w:rsidRPr="00F4085D">
              <w:rPr>
                <w:b/>
                <w:bCs/>
              </w:rPr>
              <w:t>Sub Specialty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4041384" w14:textId="42470ED5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223303B" w14:textId="77777777" w:rsidTr="00CD5FB5">
        <w:tc>
          <w:tcPr>
            <w:tcW w:w="2689" w:type="dxa"/>
            <w:tcBorders>
              <w:bottom w:val="single" w:sz="4" w:space="0" w:color="auto"/>
            </w:tcBorders>
          </w:tcPr>
          <w:p w14:paraId="60818E58" w14:textId="4F1E665E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EndPr/>
          <w:sdtContent>
            <w:tc>
              <w:tcPr>
                <w:tcW w:w="6661" w:type="dxa"/>
                <w:tcBorders>
                  <w:bottom w:val="single" w:sz="4" w:space="0" w:color="auto"/>
                </w:tcBorders>
              </w:tcPr>
              <w:p w14:paraId="653EB7EF" w14:textId="1922AE72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70EC6BB6" w:rsidR="002E140B" w:rsidRDefault="002E140B" w:rsidP="002E140B"/>
        </w:tc>
      </w:tr>
      <w:tr w:rsidR="002E140B" w14:paraId="11904FE7" w14:textId="77777777" w:rsidTr="00E70F08">
        <w:tc>
          <w:tcPr>
            <w:tcW w:w="9350" w:type="dxa"/>
            <w:gridSpan w:val="2"/>
          </w:tcPr>
          <w:p w14:paraId="17040DC0" w14:textId="1D3DF517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14:paraId="0D159708" w14:textId="77777777" w:rsidTr="00CD5FB5">
        <w:tc>
          <w:tcPr>
            <w:tcW w:w="2689" w:type="dxa"/>
          </w:tcPr>
          <w:p w14:paraId="6855F987" w14:textId="77777777" w:rsidR="002E140B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45529B1E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3FF24D13" w14:textId="77777777" w:rsidTr="00CD5FB5">
        <w:tc>
          <w:tcPr>
            <w:tcW w:w="2689" w:type="dxa"/>
          </w:tcPr>
          <w:p w14:paraId="104FCC2D" w14:textId="77777777" w:rsidR="002E140B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60588BA6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15579743" w14:textId="77777777" w:rsidTr="00CD5FB5">
        <w:tc>
          <w:tcPr>
            <w:tcW w:w="2689" w:type="dxa"/>
          </w:tcPr>
          <w:p w14:paraId="4D83AFB6" w14:textId="77777777" w:rsidR="002E140B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FF8C2D7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48B155F2" w14:textId="77777777" w:rsidTr="00CD5FB5">
        <w:tc>
          <w:tcPr>
            <w:tcW w:w="2689" w:type="dxa"/>
          </w:tcPr>
          <w:p w14:paraId="5C52A10E" w14:textId="77777777" w:rsidR="002E140B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8F98D5F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090BAA34" w14:textId="77777777" w:rsidTr="00CD5FB5">
        <w:tc>
          <w:tcPr>
            <w:tcW w:w="2689" w:type="dxa"/>
            <w:vAlign w:val="center"/>
          </w:tcPr>
          <w:p w14:paraId="563AF5FC" w14:textId="77777777" w:rsidR="002E140B" w:rsidRDefault="002E140B" w:rsidP="002E140B">
            <w:r w:rsidRPr="00F4085D">
              <w:rPr>
                <w:b/>
                <w:bCs/>
              </w:rPr>
              <w:t>Sub Specialty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EFBB2EB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680F5A1" w14:textId="77777777" w:rsidTr="00CD5FB5">
        <w:tc>
          <w:tcPr>
            <w:tcW w:w="2689" w:type="dxa"/>
            <w:tcBorders>
              <w:bottom w:val="single" w:sz="4" w:space="0" w:color="auto"/>
            </w:tcBorders>
          </w:tcPr>
          <w:p w14:paraId="1F8D55A6" w14:textId="77777777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EndPr/>
          <w:sdtContent>
            <w:tc>
              <w:tcPr>
                <w:tcW w:w="6661" w:type="dxa"/>
                <w:tcBorders>
                  <w:bottom w:val="single" w:sz="4" w:space="0" w:color="auto"/>
                </w:tcBorders>
              </w:tcPr>
              <w:p w14:paraId="0C1B8318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4A4391D2" w:rsidR="002E140B" w:rsidRDefault="002E140B" w:rsidP="002E140B"/>
        </w:tc>
      </w:tr>
      <w:tr w:rsidR="003E7DCE" w14:paraId="779036C6" w14:textId="77777777" w:rsidTr="00E70F08">
        <w:tc>
          <w:tcPr>
            <w:tcW w:w="9350" w:type="dxa"/>
            <w:gridSpan w:val="2"/>
          </w:tcPr>
          <w:p w14:paraId="11835CEA" w14:textId="3A51E10B" w:rsidR="003E7DCE" w:rsidRDefault="003E7DC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528990595"/>
                <w:placeholder>
                  <w:docPart w:val="97A0B760F1B6426283DAC368FA2E4631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2D231EDF" w14:textId="77777777" w:rsidTr="00CD5FB5">
        <w:tc>
          <w:tcPr>
            <w:tcW w:w="2689" w:type="dxa"/>
          </w:tcPr>
          <w:p w14:paraId="72924BDA" w14:textId="77777777" w:rsidR="003E7DCE" w:rsidRDefault="003E7DC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906040473"/>
            <w:placeholder>
              <w:docPart w:val="5EC6CB5797FA4F20BB6C33F0ABB005A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7174E932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625BFA29" w14:textId="77777777" w:rsidTr="00CD5FB5">
        <w:tc>
          <w:tcPr>
            <w:tcW w:w="2689" w:type="dxa"/>
          </w:tcPr>
          <w:p w14:paraId="376426A8" w14:textId="77777777" w:rsidR="003E7DCE" w:rsidRDefault="003E7DC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002305574"/>
            <w:placeholder>
              <w:docPart w:val="B4C39448884D45C6AA47A5146B9FEC5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182BC61D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585D1623" w14:textId="77777777" w:rsidTr="00CD5FB5">
        <w:tc>
          <w:tcPr>
            <w:tcW w:w="2689" w:type="dxa"/>
          </w:tcPr>
          <w:p w14:paraId="7D98D680" w14:textId="77777777" w:rsidR="003E7DCE" w:rsidRDefault="003E7DC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544052288"/>
            <w:placeholder>
              <w:docPart w:val="5518301FE930409DA52DCECD42BBB96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B69E402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313C1CF1" w14:textId="77777777" w:rsidTr="00CD5FB5">
        <w:tc>
          <w:tcPr>
            <w:tcW w:w="2689" w:type="dxa"/>
          </w:tcPr>
          <w:p w14:paraId="06272ED6" w14:textId="77777777" w:rsidR="003E7DCE" w:rsidRDefault="003E7DC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805306957"/>
            <w:placeholder>
              <w:docPart w:val="73240B029F804FFC8B05804EE9DEF12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83C6D5C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480CCC27" w14:textId="77777777" w:rsidTr="00CD5FB5">
        <w:tc>
          <w:tcPr>
            <w:tcW w:w="2689" w:type="dxa"/>
            <w:vAlign w:val="center"/>
          </w:tcPr>
          <w:p w14:paraId="6A2F1E11" w14:textId="77777777" w:rsidR="003E7DCE" w:rsidRDefault="003E7DCE" w:rsidP="002E140B">
            <w:r w:rsidRPr="00F4085D">
              <w:rPr>
                <w:b/>
                <w:bCs/>
              </w:rPr>
              <w:t>Sub Specialty (where applicable</w:t>
            </w:r>
          </w:p>
        </w:tc>
        <w:sdt>
          <w:sdtPr>
            <w:id w:val="-1316032319"/>
            <w:placeholder>
              <w:docPart w:val="9ADDA1F229E8469E9DAC99502A8AA635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CA16E2F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6989A3A" w14:textId="77777777" w:rsidTr="00CD5FB5">
        <w:tc>
          <w:tcPr>
            <w:tcW w:w="2689" w:type="dxa"/>
            <w:tcBorders>
              <w:bottom w:val="single" w:sz="4" w:space="0" w:color="auto"/>
            </w:tcBorders>
          </w:tcPr>
          <w:p w14:paraId="2E00CE29" w14:textId="77777777" w:rsidR="003E7DCE" w:rsidRDefault="003E7DC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2071563260"/>
            <w:placeholder>
              <w:docPart w:val="4A8F3B446CAA4000A52CB329C26801DC"/>
            </w:placeholder>
            <w:showingPlcHdr/>
          </w:sdtPr>
          <w:sdtEndPr/>
          <w:sdtContent>
            <w:tc>
              <w:tcPr>
                <w:tcW w:w="6661" w:type="dxa"/>
                <w:tcBorders>
                  <w:bottom w:val="single" w:sz="4" w:space="0" w:color="auto"/>
                </w:tcBorders>
              </w:tcPr>
              <w:p w14:paraId="6FF1B423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0063DAF2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61721F" w14:textId="61D16D10" w:rsidR="003E7DCE" w:rsidRDefault="003E7DCE" w:rsidP="002E140B"/>
        </w:tc>
      </w:tr>
      <w:tr w:rsidR="003E7DCE" w14:paraId="2EB6CECB" w14:textId="77777777" w:rsidTr="00E70F08">
        <w:tc>
          <w:tcPr>
            <w:tcW w:w="9350" w:type="dxa"/>
            <w:gridSpan w:val="2"/>
          </w:tcPr>
          <w:p w14:paraId="1F377CAD" w14:textId="205775B5" w:rsidR="003E7DCE" w:rsidRDefault="003E7DC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032033609"/>
                <w:placeholder>
                  <w:docPart w:val="BD38963CE0CD4C169D11CABA953A7167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4FE88E7E" w14:textId="77777777" w:rsidTr="00CD5FB5">
        <w:tc>
          <w:tcPr>
            <w:tcW w:w="2689" w:type="dxa"/>
          </w:tcPr>
          <w:p w14:paraId="36280256" w14:textId="77777777" w:rsidR="003E7DCE" w:rsidRDefault="003E7DC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395788418"/>
            <w:placeholder>
              <w:docPart w:val="CA10BF9571124D029CF7643E473925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37EE66BF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7C159366" w14:textId="77777777" w:rsidTr="00CD5FB5">
        <w:tc>
          <w:tcPr>
            <w:tcW w:w="2689" w:type="dxa"/>
          </w:tcPr>
          <w:p w14:paraId="27AF6133" w14:textId="77777777" w:rsidR="003E7DCE" w:rsidRDefault="003E7DC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429071592"/>
            <w:placeholder>
              <w:docPart w:val="A7D27D8AA7AA410DB5A04ABDD3FF365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0E30AAD0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03662BE5" w14:textId="77777777" w:rsidTr="00CD5FB5">
        <w:tc>
          <w:tcPr>
            <w:tcW w:w="2689" w:type="dxa"/>
          </w:tcPr>
          <w:p w14:paraId="62C4A5D7" w14:textId="77777777" w:rsidR="003E7DCE" w:rsidRDefault="003E7DC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852097475"/>
            <w:placeholder>
              <w:docPart w:val="5D93341F05784A63886B2CA3874E1F2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D1B17A0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E39461C" w14:textId="77777777" w:rsidTr="00CD5FB5">
        <w:tc>
          <w:tcPr>
            <w:tcW w:w="2689" w:type="dxa"/>
          </w:tcPr>
          <w:p w14:paraId="01AEB0B5" w14:textId="77777777" w:rsidR="003E7DCE" w:rsidRDefault="003E7DC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634558901"/>
            <w:placeholder>
              <w:docPart w:val="C1E8FB9AF3834736BE9C724FB99E24AA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5BDD24B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496A646A" w14:textId="77777777" w:rsidTr="00CD5FB5">
        <w:tc>
          <w:tcPr>
            <w:tcW w:w="2689" w:type="dxa"/>
            <w:vAlign w:val="center"/>
          </w:tcPr>
          <w:p w14:paraId="7643A039" w14:textId="77777777" w:rsidR="003E7DCE" w:rsidRDefault="003E7DCE" w:rsidP="002E140B">
            <w:r w:rsidRPr="00F4085D">
              <w:rPr>
                <w:b/>
                <w:bCs/>
              </w:rPr>
              <w:t>Sub Specialty (where applicable</w:t>
            </w:r>
          </w:p>
        </w:tc>
        <w:sdt>
          <w:sdtPr>
            <w:id w:val="1114714845"/>
            <w:placeholder>
              <w:docPart w:val="484AF23D05064E5F8BD5C30080BF2C45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B6694E2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5E1E8FA3" w14:textId="77777777" w:rsidTr="00CD5FB5">
        <w:tc>
          <w:tcPr>
            <w:tcW w:w="2689" w:type="dxa"/>
            <w:tcBorders>
              <w:bottom w:val="single" w:sz="4" w:space="0" w:color="auto"/>
            </w:tcBorders>
          </w:tcPr>
          <w:p w14:paraId="119B06D6" w14:textId="77777777" w:rsidR="003E7DCE" w:rsidRDefault="003E7DC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532954299"/>
            <w:placeholder>
              <w:docPart w:val="7334161338614C2180A0AD9155069E91"/>
            </w:placeholder>
            <w:showingPlcHdr/>
          </w:sdtPr>
          <w:sdtEndPr/>
          <w:sdtContent>
            <w:tc>
              <w:tcPr>
                <w:tcW w:w="6661" w:type="dxa"/>
                <w:tcBorders>
                  <w:bottom w:val="single" w:sz="4" w:space="0" w:color="auto"/>
                </w:tcBorders>
              </w:tcPr>
              <w:p w14:paraId="0361E86F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9559E7F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794B96" w14:textId="4581D1B9" w:rsidR="003E7DCE" w:rsidRDefault="003E7DCE" w:rsidP="002E140B"/>
        </w:tc>
      </w:tr>
      <w:tr w:rsidR="003E7DCE" w14:paraId="607DDD46" w14:textId="77777777" w:rsidTr="00E70F08">
        <w:tc>
          <w:tcPr>
            <w:tcW w:w="9350" w:type="dxa"/>
            <w:gridSpan w:val="2"/>
          </w:tcPr>
          <w:p w14:paraId="2F2CB08D" w14:textId="3A44E7A6" w:rsidR="003E7DCE" w:rsidRDefault="003E7DC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357770282"/>
                <w:placeholder>
                  <w:docPart w:val="EC97E436C925458083AE1D7D4A64CC9B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379DAD9B" w14:textId="77777777" w:rsidTr="00CD5FB5">
        <w:tc>
          <w:tcPr>
            <w:tcW w:w="2689" w:type="dxa"/>
          </w:tcPr>
          <w:p w14:paraId="579EAE47" w14:textId="77777777" w:rsidR="003E7DCE" w:rsidRDefault="003E7DC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775063498"/>
            <w:placeholder>
              <w:docPart w:val="F6F05F8AD6714C9AB6712C5DCFE9A13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7D90D08D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4F81E063" w14:textId="77777777" w:rsidTr="00CD5FB5">
        <w:tc>
          <w:tcPr>
            <w:tcW w:w="2689" w:type="dxa"/>
          </w:tcPr>
          <w:p w14:paraId="3719DADE" w14:textId="77777777" w:rsidR="003E7DCE" w:rsidRDefault="003E7DC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1475132723"/>
            <w:placeholder>
              <w:docPart w:val="33AB9522FBC3485E931882278789A32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75EE3C07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2D270DE8" w14:textId="77777777" w:rsidTr="00CD5FB5">
        <w:tc>
          <w:tcPr>
            <w:tcW w:w="2689" w:type="dxa"/>
          </w:tcPr>
          <w:p w14:paraId="448A1BF1" w14:textId="77777777" w:rsidR="003E7DCE" w:rsidRDefault="003E7DC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360941031"/>
            <w:placeholder>
              <w:docPart w:val="FC90AD65A0CB420B8EE027A41095F17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15ECE90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33B71BF" w14:textId="77777777" w:rsidTr="00CD5FB5">
        <w:tc>
          <w:tcPr>
            <w:tcW w:w="2689" w:type="dxa"/>
          </w:tcPr>
          <w:p w14:paraId="4E4D3B79" w14:textId="77777777" w:rsidR="003E7DCE" w:rsidRDefault="003E7DC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1284764074"/>
            <w:placeholder>
              <w:docPart w:val="CB6436FC64524841803119FE037A54B7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3EF6D29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CB33B79" w14:textId="77777777" w:rsidTr="00CD5FB5">
        <w:tc>
          <w:tcPr>
            <w:tcW w:w="2689" w:type="dxa"/>
            <w:vAlign w:val="center"/>
          </w:tcPr>
          <w:p w14:paraId="6A877A89" w14:textId="77777777" w:rsidR="003E7DCE" w:rsidRDefault="003E7DCE" w:rsidP="002E140B">
            <w:r w:rsidRPr="00F4085D">
              <w:rPr>
                <w:b/>
                <w:bCs/>
              </w:rPr>
              <w:t>Sub Specialty (where applicable</w:t>
            </w:r>
          </w:p>
        </w:tc>
        <w:sdt>
          <w:sdtPr>
            <w:id w:val="1960685323"/>
            <w:placeholder>
              <w:docPart w:val="898AAC50CC834665AFFD93EAE43EFFF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A74C4EA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5A810B4B" w14:textId="77777777" w:rsidTr="00CD5FB5">
        <w:tc>
          <w:tcPr>
            <w:tcW w:w="2689" w:type="dxa"/>
            <w:tcBorders>
              <w:bottom w:val="single" w:sz="4" w:space="0" w:color="auto"/>
            </w:tcBorders>
          </w:tcPr>
          <w:p w14:paraId="22FD4B1A" w14:textId="77777777" w:rsidR="003E7DCE" w:rsidRDefault="003E7DC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515367681"/>
            <w:placeholder>
              <w:docPart w:val="EB9BADAAC3064C3FBF58CB99CBBB95D6"/>
            </w:placeholder>
            <w:showingPlcHdr/>
          </w:sdtPr>
          <w:sdtEndPr/>
          <w:sdtContent>
            <w:tc>
              <w:tcPr>
                <w:tcW w:w="6661" w:type="dxa"/>
                <w:tcBorders>
                  <w:bottom w:val="single" w:sz="4" w:space="0" w:color="auto"/>
                </w:tcBorders>
              </w:tcPr>
              <w:p w14:paraId="6A36FC7C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2ECB62A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9B2BD1" w14:textId="2A9E09B4" w:rsidR="003E7DCE" w:rsidRDefault="003E7DCE" w:rsidP="002E140B"/>
        </w:tc>
      </w:tr>
    </w:tbl>
    <w:p w14:paraId="72A6D969" w14:textId="77777777" w:rsidR="003E7DCE" w:rsidRDefault="003E7DCE">
      <w:pPr>
        <w:pStyle w:val="Heading1"/>
      </w:pPr>
    </w:p>
    <w:p w14:paraId="512F45F2" w14:textId="77777777" w:rsidR="003E7DCE" w:rsidRDefault="003E7DC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05EF8789" w:rsidR="00214ECC" w:rsidRDefault="007C3707">
      <w:pPr>
        <w:pStyle w:val="Heading1"/>
      </w:pPr>
      <w:r>
        <w:lastRenderedPageBreak/>
        <w:t>A</w:t>
      </w:r>
      <w:r w:rsidR="003729FB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14:paraId="1AC9EFE7" w14:textId="77777777" w:rsidTr="0019370D">
        <w:tc>
          <w:tcPr>
            <w:tcW w:w="9350" w:type="dxa"/>
            <w:gridSpan w:val="2"/>
          </w:tcPr>
          <w:p w14:paraId="4B30661B" w14:textId="2D769A87" w:rsidR="008525FA" w:rsidRDefault="008525FA" w:rsidP="002D7D98">
            <w:r w:rsidRPr="00F4085D">
              <w:rPr>
                <w:b/>
                <w:bCs/>
              </w:rPr>
              <w:t>Project Title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EndPr/>
              <w:sdtContent>
                <w:r w:rsidR="00CD745A"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Default="00CD745A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45FB9AC" w14:textId="2D45EB7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Default="00CD745A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Default="00CD745A" w:rsidP="002D7D98">
            <w:r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5D02023" w14:textId="60E95C39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7FE0445" w14:textId="66AEC1FD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53A3E46" w14:textId="77777777" w:rsidR="008525FA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673DCAB" w14:textId="7BD4129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E70E9ED" w14:textId="77777777" w:rsidR="008525FA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CCAF454" w14:textId="4840209E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Default="00CD745A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91EB2BF" w14:textId="28F05A7B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Default="00CD745A" w:rsidP="002D7D98">
            <w:r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298080F0" w:rsidR="00CD745A" w:rsidRDefault="00CD745A" w:rsidP="002D7D98"/>
        </w:tc>
      </w:tr>
      <w:tr w:rsidR="002931FF" w14:paraId="3014636D" w14:textId="77777777" w:rsidTr="0019370D">
        <w:tc>
          <w:tcPr>
            <w:tcW w:w="9350" w:type="dxa"/>
            <w:gridSpan w:val="2"/>
          </w:tcPr>
          <w:p w14:paraId="3216CF1D" w14:textId="6F55BC0E" w:rsidR="002931FF" w:rsidRDefault="002931F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982533AA1A67444FAB6AD764FF1EF883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31FF" w14:paraId="6E261133" w14:textId="77777777" w:rsidTr="00A0792E">
        <w:tc>
          <w:tcPr>
            <w:tcW w:w="2830" w:type="dxa"/>
            <w:vAlign w:val="center"/>
          </w:tcPr>
          <w:p w14:paraId="193728E9" w14:textId="77777777" w:rsidR="002931FF" w:rsidRDefault="002931F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11206397"/>
            <w:placeholder>
              <w:docPart w:val="A8251704D7154EB4AAFD40739CBF3232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4294417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77831E41" w14:textId="77777777" w:rsidTr="00A0792E">
        <w:tc>
          <w:tcPr>
            <w:tcW w:w="2830" w:type="dxa"/>
            <w:vAlign w:val="center"/>
          </w:tcPr>
          <w:p w14:paraId="456ED2A1" w14:textId="77777777" w:rsidR="002931FF" w:rsidRDefault="002931F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7934321" w14:textId="77777777" w:rsidR="002931FF" w:rsidRDefault="002931FF" w:rsidP="002D7D98">
            <w:r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7A824D50" w14:textId="77777777" w:rsidTr="00A0792E">
        <w:tc>
          <w:tcPr>
            <w:tcW w:w="2830" w:type="dxa"/>
            <w:vAlign w:val="center"/>
          </w:tcPr>
          <w:p w14:paraId="7C2C9893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092F71A98DCB432994A49CF6A2418B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5E62E12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220D0D2D" w14:textId="77777777" w:rsidTr="00A0792E">
        <w:tc>
          <w:tcPr>
            <w:tcW w:w="2830" w:type="dxa"/>
            <w:vAlign w:val="center"/>
          </w:tcPr>
          <w:p w14:paraId="73DD0207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FF714C39671F4059B6173089394CD3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00A3AC13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4766F2A8" w14:textId="77777777" w:rsidTr="00A0792E">
        <w:tc>
          <w:tcPr>
            <w:tcW w:w="2830" w:type="dxa"/>
            <w:vAlign w:val="center"/>
          </w:tcPr>
          <w:p w14:paraId="69BF3AA2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8394289" w14:textId="77777777" w:rsidR="002931FF" w:rsidRDefault="002931FF" w:rsidP="00CD745A"/>
        </w:tc>
        <w:sdt>
          <w:sdtPr>
            <w:id w:val="-347414704"/>
            <w:placeholder>
              <w:docPart w:val="28589E92AA8443098EDE0E709D3F9809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7BA76A8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BB1FDDC" w14:textId="77777777" w:rsidTr="00A0792E">
        <w:tc>
          <w:tcPr>
            <w:tcW w:w="2830" w:type="dxa"/>
            <w:vAlign w:val="center"/>
          </w:tcPr>
          <w:p w14:paraId="5377F8F6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C96DEB8" w14:textId="77777777" w:rsidR="002931FF" w:rsidRDefault="002931FF" w:rsidP="00CD745A"/>
        </w:tc>
        <w:sdt>
          <w:sdtPr>
            <w:id w:val="1700431310"/>
            <w:placeholder>
              <w:docPart w:val="7B8873B5DDFA49E29AD3D86C96355BE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2EAFB2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E4CEAFE" w14:textId="77777777" w:rsidTr="00A0792E">
        <w:tc>
          <w:tcPr>
            <w:tcW w:w="2830" w:type="dxa"/>
            <w:vAlign w:val="center"/>
          </w:tcPr>
          <w:p w14:paraId="4664899C" w14:textId="77777777" w:rsidR="002931FF" w:rsidRDefault="002931F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7D53A91E55554B1E87906AAB7E66728B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A00085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10142A32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DFCFA4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2D975A" w14:textId="77777777" w:rsidR="002931FF" w:rsidRDefault="002931FF" w:rsidP="002D7D98">
            <w:r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49840D2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3731D" w14:textId="5696B976" w:rsidR="002931FF" w:rsidRDefault="002931FF" w:rsidP="002D7D98"/>
        </w:tc>
      </w:tr>
      <w:tr w:rsidR="003E7DCE" w14:paraId="360D5113" w14:textId="77777777" w:rsidTr="0019370D">
        <w:tc>
          <w:tcPr>
            <w:tcW w:w="9350" w:type="dxa"/>
            <w:gridSpan w:val="2"/>
          </w:tcPr>
          <w:p w14:paraId="63726158" w14:textId="6CA6B493" w:rsidR="003E7DCE" w:rsidRDefault="003E7DCE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408463516"/>
                <w:placeholder>
                  <w:docPart w:val="5459EF7263DE4E93AF3E67553AA1B9C2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1835416D" w14:textId="77777777" w:rsidTr="00A0792E">
        <w:tc>
          <w:tcPr>
            <w:tcW w:w="2830" w:type="dxa"/>
            <w:vAlign w:val="center"/>
          </w:tcPr>
          <w:p w14:paraId="37EC1327" w14:textId="77777777" w:rsidR="003E7DCE" w:rsidRDefault="003E7DCE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491635594"/>
            <w:placeholder>
              <w:docPart w:val="C9383341C03B4259823EE8E3448B08DD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6A7A36B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46936183" w14:textId="77777777" w:rsidTr="00A0792E">
        <w:tc>
          <w:tcPr>
            <w:tcW w:w="2830" w:type="dxa"/>
            <w:vAlign w:val="center"/>
          </w:tcPr>
          <w:p w14:paraId="4E1BA852" w14:textId="77777777" w:rsidR="003E7DCE" w:rsidRDefault="003E7DCE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1534B3" w14:textId="77777777" w:rsidR="003E7DCE" w:rsidRDefault="003E7DCE" w:rsidP="002D7D98">
            <w:r>
              <w:t xml:space="preserve">Yes </w:t>
            </w:r>
            <w:sdt>
              <w:sdtPr>
                <w:id w:val="-655688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74290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603453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2AD07FCA" w14:textId="77777777" w:rsidTr="00A0792E">
        <w:tc>
          <w:tcPr>
            <w:tcW w:w="2830" w:type="dxa"/>
            <w:vAlign w:val="center"/>
          </w:tcPr>
          <w:p w14:paraId="1F10B80E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26307283"/>
            <w:placeholder>
              <w:docPart w:val="6D6CC685E8754DD0B9C18886F2BF9DA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F71C647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460C2C4F" w14:textId="77777777" w:rsidTr="00A0792E">
        <w:tc>
          <w:tcPr>
            <w:tcW w:w="2830" w:type="dxa"/>
            <w:vAlign w:val="center"/>
          </w:tcPr>
          <w:p w14:paraId="1BC334BD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732196269"/>
            <w:placeholder>
              <w:docPart w:val="5012038DE8814E6BA008D3782AA38EE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ACAEDA9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50B8B429" w14:textId="77777777" w:rsidTr="00A0792E">
        <w:tc>
          <w:tcPr>
            <w:tcW w:w="2830" w:type="dxa"/>
            <w:vAlign w:val="center"/>
          </w:tcPr>
          <w:p w14:paraId="5C0CAA37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CEADFD0" w14:textId="77777777" w:rsidR="003E7DCE" w:rsidRDefault="003E7DCE" w:rsidP="00CD745A"/>
        </w:tc>
        <w:sdt>
          <w:sdtPr>
            <w:id w:val="964167351"/>
            <w:placeholder>
              <w:docPart w:val="CB295563A0C344488C5A14A7C95C9748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999149E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594A8DA" w14:textId="77777777" w:rsidTr="00A0792E">
        <w:tc>
          <w:tcPr>
            <w:tcW w:w="2830" w:type="dxa"/>
            <w:vAlign w:val="center"/>
          </w:tcPr>
          <w:p w14:paraId="58E45CAA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What was the measurable impact?</w:t>
            </w:r>
          </w:p>
          <w:p w14:paraId="4BC3C272" w14:textId="77777777" w:rsidR="003E7DCE" w:rsidRDefault="003E7DCE" w:rsidP="00CD745A"/>
        </w:tc>
        <w:sdt>
          <w:sdtPr>
            <w:id w:val="-378475607"/>
            <w:placeholder>
              <w:docPart w:val="2F68E2B78AF3433DA2052D92C678AF8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0075D57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474A019" w14:textId="77777777" w:rsidTr="00A0792E">
        <w:tc>
          <w:tcPr>
            <w:tcW w:w="2830" w:type="dxa"/>
            <w:vAlign w:val="center"/>
          </w:tcPr>
          <w:p w14:paraId="531E694B" w14:textId="77777777" w:rsidR="003E7DCE" w:rsidRDefault="003E7DCE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560679055"/>
            <w:placeholder>
              <w:docPart w:val="3969D327F4374E73A5B9CFB6F09C783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0BA41A1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ECA77F6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92E940E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AF2C708" w14:textId="77777777" w:rsidR="003E7DCE" w:rsidRDefault="003E7DCE" w:rsidP="002D7D98">
            <w:r>
              <w:t xml:space="preserve">Yes </w:t>
            </w:r>
            <w:sdt>
              <w:sdtPr>
                <w:id w:val="-57790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980044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324531C5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691486" w14:textId="401B26A7" w:rsidR="003E7DCE" w:rsidRDefault="003E7DCE" w:rsidP="002D7D98"/>
        </w:tc>
      </w:tr>
      <w:tr w:rsidR="003E7DCE" w14:paraId="0778D93C" w14:textId="77777777" w:rsidTr="0019370D">
        <w:tc>
          <w:tcPr>
            <w:tcW w:w="9350" w:type="dxa"/>
            <w:gridSpan w:val="2"/>
          </w:tcPr>
          <w:p w14:paraId="20FF9160" w14:textId="10F54892" w:rsidR="003E7DCE" w:rsidRDefault="003E7DCE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959336666"/>
                <w:placeholder>
                  <w:docPart w:val="ACD2C747AE3D451D9D5F767CD7811C27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5260D791" w14:textId="77777777" w:rsidTr="00A0792E">
        <w:tc>
          <w:tcPr>
            <w:tcW w:w="2830" w:type="dxa"/>
            <w:vAlign w:val="center"/>
          </w:tcPr>
          <w:p w14:paraId="42327F9B" w14:textId="77777777" w:rsidR="003E7DCE" w:rsidRDefault="003E7DCE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784498626"/>
            <w:placeholder>
              <w:docPart w:val="CD336FA3E65B4EF18A97885A099F2B10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656289D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EC46923" w14:textId="77777777" w:rsidTr="00A0792E">
        <w:tc>
          <w:tcPr>
            <w:tcW w:w="2830" w:type="dxa"/>
            <w:vAlign w:val="center"/>
          </w:tcPr>
          <w:p w14:paraId="683AA8EB" w14:textId="77777777" w:rsidR="003E7DCE" w:rsidRDefault="003E7DCE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D6F3802" w14:textId="77777777" w:rsidR="003E7DCE" w:rsidRDefault="003E7DCE" w:rsidP="002D7D98">
            <w:r>
              <w:t xml:space="preserve">Yes </w:t>
            </w:r>
            <w:sdt>
              <w:sdtPr>
                <w:id w:val="-58924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95814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208539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61266284" w14:textId="77777777" w:rsidTr="00A0792E">
        <w:tc>
          <w:tcPr>
            <w:tcW w:w="2830" w:type="dxa"/>
            <w:vAlign w:val="center"/>
          </w:tcPr>
          <w:p w14:paraId="70023755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573891302"/>
            <w:placeholder>
              <w:docPart w:val="D92ECE1E835E4DC1B62CD3516D7D717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011ACFE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234BD870" w14:textId="77777777" w:rsidTr="00A0792E">
        <w:tc>
          <w:tcPr>
            <w:tcW w:w="2830" w:type="dxa"/>
            <w:vAlign w:val="center"/>
          </w:tcPr>
          <w:p w14:paraId="189E3E6B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945536157"/>
            <w:placeholder>
              <w:docPart w:val="C852BA069B284D16A37AF49AAFA7836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09CD47E5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4C29147A" w14:textId="77777777" w:rsidTr="00A0792E">
        <w:tc>
          <w:tcPr>
            <w:tcW w:w="2830" w:type="dxa"/>
            <w:vAlign w:val="center"/>
          </w:tcPr>
          <w:p w14:paraId="2FBAF5AA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326F3E58" w14:textId="77777777" w:rsidR="003E7DCE" w:rsidRDefault="003E7DCE" w:rsidP="00CD745A"/>
        </w:tc>
        <w:sdt>
          <w:sdtPr>
            <w:id w:val="1843815398"/>
            <w:placeholder>
              <w:docPart w:val="3DF4B1C8F4154C998CEE0AB1E3EE1657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0B789A9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1D8AD51" w14:textId="77777777" w:rsidTr="00A0792E">
        <w:tc>
          <w:tcPr>
            <w:tcW w:w="2830" w:type="dxa"/>
            <w:vAlign w:val="center"/>
          </w:tcPr>
          <w:p w14:paraId="5F035E5D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1F481205" w14:textId="77777777" w:rsidR="003E7DCE" w:rsidRDefault="003E7DCE" w:rsidP="00CD745A"/>
        </w:tc>
        <w:sdt>
          <w:sdtPr>
            <w:id w:val="-1065942544"/>
            <w:placeholder>
              <w:docPart w:val="D6E7F96908054AD39AA11F6D189EFD7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AE80370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508422F" w14:textId="77777777" w:rsidTr="00A0792E">
        <w:tc>
          <w:tcPr>
            <w:tcW w:w="2830" w:type="dxa"/>
            <w:vAlign w:val="center"/>
          </w:tcPr>
          <w:p w14:paraId="107DB6CC" w14:textId="77777777" w:rsidR="003E7DCE" w:rsidRDefault="003E7DCE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390338894"/>
            <w:placeholder>
              <w:docPart w:val="D5D3492692844E9EA941A741CE99FE90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1DA76B1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9A77D41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8DFF5C4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2E4413D" w14:textId="77777777" w:rsidR="003E7DCE" w:rsidRDefault="003E7DCE" w:rsidP="002D7D98">
            <w:r>
              <w:t xml:space="preserve">Yes </w:t>
            </w:r>
            <w:sdt>
              <w:sdtPr>
                <w:id w:val="782848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2066096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69AA0947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7CF404" w14:textId="214FE447" w:rsidR="003E7DCE" w:rsidRDefault="003E7DCE" w:rsidP="002D7D98"/>
        </w:tc>
      </w:tr>
      <w:tr w:rsidR="003E7DCE" w14:paraId="1A1EDE04" w14:textId="77777777" w:rsidTr="0019370D">
        <w:tc>
          <w:tcPr>
            <w:tcW w:w="9350" w:type="dxa"/>
            <w:gridSpan w:val="2"/>
          </w:tcPr>
          <w:p w14:paraId="5D1F702A" w14:textId="0A795EC2" w:rsidR="003E7DCE" w:rsidRDefault="003E7DCE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115976829"/>
                <w:placeholder>
                  <w:docPart w:val="DC1050CF80ED4BC2B94B5308892551DC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47573538" w14:textId="77777777" w:rsidTr="00A0792E">
        <w:tc>
          <w:tcPr>
            <w:tcW w:w="2830" w:type="dxa"/>
            <w:vAlign w:val="center"/>
          </w:tcPr>
          <w:p w14:paraId="2D38025E" w14:textId="77777777" w:rsidR="003E7DCE" w:rsidRDefault="003E7DCE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2009667497"/>
            <w:placeholder>
              <w:docPart w:val="239C7BBEA4874D7096FC90BC98D91D32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8BF8B7E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E9C7A25" w14:textId="77777777" w:rsidTr="00A0792E">
        <w:tc>
          <w:tcPr>
            <w:tcW w:w="2830" w:type="dxa"/>
            <w:vAlign w:val="center"/>
          </w:tcPr>
          <w:p w14:paraId="77A17404" w14:textId="77777777" w:rsidR="003E7DCE" w:rsidRDefault="003E7DCE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07ECB305" w14:textId="77777777" w:rsidR="003E7DCE" w:rsidRDefault="003E7DCE" w:rsidP="002D7D98">
            <w:r>
              <w:t xml:space="preserve">Yes </w:t>
            </w:r>
            <w:sdt>
              <w:sdtPr>
                <w:id w:val="-121018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34466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404605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77FE96BB" w14:textId="77777777" w:rsidTr="00A0792E">
        <w:tc>
          <w:tcPr>
            <w:tcW w:w="2830" w:type="dxa"/>
            <w:vAlign w:val="center"/>
          </w:tcPr>
          <w:p w14:paraId="7406A12C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15944591"/>
            <w:placeholder>
              <w:docPart w:val="9AF357070660465393639C81A867DE4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3D621CFB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26977948" w14:textId="77777777" w:rsidTr="00A0792E">
        <w:tc>
          <w:tcPr>
            <w:tcW w:w="2830" w:type="dxa"/>
            <w:vAlign w:val="center"/>
          </w:tcPr>
          <w:p w14:paraId="7CE9840F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097132440"/>
            <w:placeholder>
              <w:docPart w:val="D98C576F3EF2491D8599FEE5203A7A0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57C24AB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4084FCB1" w14:textId="77777777" w:rsidTr="00A0792E">
        <w:tc>
          <w:tcPr>
            <w:tcW w:w="2830" w:type="dxa"/>
            <w:vAlign w:val="center"/>
          </w:tcPr>
          <w:p w14:paraId="1C148BBC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5B417733" w14:textId="77777777" w:rsidR="003E7DCE" w:rsidRDefault="003E7DCE" w:rsidP="00CD745A"/>
        </w:tc>
        <w:sdt>
          <w:sdtPr>
            <w:id w:val="-583837748"/>
            <w:placeholder>
              <w:docPart w:val="DD702AB954414F8B87C7E09484642069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986B970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6CD2C22" w14:textId="77777777" w:rsidTr="00A0792E">
        <w:tc>
          <w:tcPr>
            <w:tcW w:w="2830" w:type="dxa"/>
            <w:vAlign w:val="center"/>
          </w:tcPr>
          <w:p w14:paraId="48DEE7A5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A697A83" w14:textId="77777777" w:rsidR="003E7DCE" w:rsidRDefault="003E7DCE" w:rsidP="00CD745A"/>
        </w:tc>
        <w:sdt>
          <w:sdtPr>
            <w:id w:val="2115713958"/>
            <w:placeholder>
              <w:docPart w:val="A2BB5EE70A344F0CADCDBE883342A8F9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B8DB7B4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6F4F2E5D" w14:textId="77777777" w:rsidTr="00A0792E">
        <w:tc>
          <w:tcPr>
            <w:tcW w:w="2830" w:type="dxa"/>
            <w:vAlign w:val="center"/>
          </w:tcPr>
          <w:p w14:paraId="382319F3" w14:textId="77777777" w:rsidR="003E7DCE" w:rsidRDefault="003E7DCE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786343440"/>
            <w:placeholder>
              <w:docPart w:val="F9518A7C9D714CE8856CB3D8590AFFB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5A75406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02D8CCF9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BB28ADD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1B861B7A" w14:textId="77777777" w:rsidR="003E7DCE" w:rsidRDefault="003E7DCE" w:rsidP="002D7D98">
            <w:r>
              <w:t xml:space="preserve">Yes </w:t>
            </w:r>
            <w:sdt>
              <w:sdtPr>
                <w:id w:val="955071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677541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67F261E0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3C2208" w14:textId="68F22B5E" w:rsidR="003E7DCE" w:rsidRDefault="003E7DCE" w:rsidP="002D7D98"/>
        </w:tc>
      </w:tr>
    </w:tbl>
    <w:p w14:paraId="23BFADE2" w14:textId="77777777" w:rsidR="003E7DCE" w:rsidRDefault="003E7DC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48EC13C8" w:rsidR="00214ECC" w:rsidRDefault="003729FB">
      <w:pPr>
        <w:pStyle w:val="Heading1"/>
      </w:pPr>
      <w:r>
        <w:lastRenderedPageBreak/>
        <w:t>Research &amp; Publications</w:t>
      </w:r>
    </w:p>
    <w:p w14:paraId="0987AE42" w14:textId="3FC96AF3" w:rsidR="00C7253B" w:rsidRDefault="00C7253B" w:rsidP="00C7253B">
      <w: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14:paraId="6F75DC21" w14:textId="77777777" w:rsidTr="00695860">
        <w:tc>
          <w:tcPr>
            <w:tcW w:w="9350" w:type="dxa"/>
            <w:gridSpan w:val="2"/>
          </w:tcPr>
          <w:p w14:paraId="59BAD478" w14:textId="4E434AA9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769739CE" w14:textId="77777777" w:rsidTr="00CD745A">
        <w:tc>
          <w:tcPr>
            <w:tcW w:w="2723" w:type="dxa"/>
            <w:vAlign w:val="center"/>
          </w:tcPr>
          <w:p w14:paraId="178AC458" w14:textId="56A0B311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19B1C3D" w14:textId="3D84B99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68FCDE1" w14:textId="3348A05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5D715A34" w14:textId="77777777" w:rsidTr="00CD745A">
        <w:tc>
          <w:tcPr>
            <w:tcW w:w="2723" w:type="dxa"/>
            <w:vAlign w:val="center"/>
          </w:tcPr>
          <w:p w14:paraId="1275C95C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687B8572" w14:textId="77777777" w:rsidR="00CD745A" w:rsidRDefault="00CD745A" w:rsidP="00CD745A"/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5BB4C77" w14:textId="59DC1FA6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83255EC" w14:textId="595583B5" w:rsidR="00CD745A" w:rsidRDefault="00CD745A" w:rsidP="00C7253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Default="00CD745A" w:rsidP="00CD745A">
            <w:r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Default="00CD745A" w:rsidP="00CD745A">
            <w:r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6154E1B3" w:rsidR="00CD745A" w:rsidRDefault="00CD745A" w:rsidP="00CD745A"/>
        </w:tc>
      </w:tr>
      <w:tr w:rsidR="00CD745A" w14:paraId="2CAAEA55" w14:textId="77777777" w:rsidTr="00695860">
        <w:tc>
          <w:tcPr>
            <w:tcW w:w="9350" w:type="dxa"/>
            <w:gridSpan w:val="2"/>
          </w:tcPr>
          <w:p w14:paraId="0912AE07" w14:textId="55131B75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134250045"/>
                <w:placeholder>
                  <w:docPart w:val="26164AFE8C004731B39F8D42AA79484B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45561211" w14:textId="77777777" w:rsidTr="00CD745A">
        <w:tc>
          <w:tcPr>
            <w:tcW w:w="2723" w:type="dxa"/>
            <w:vAlign w:val="center"/>
          </w:tcPr>
          <w:p w14:paraId="33EC83AA" w14:textId="77777777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039898715"/>
            <w:placeholder>
              <w:docPart w:val="143E6DFAA3A744858DA27EA69CF186A8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383E0DC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C5D06A4" w14:textId="77777777" w:rsidTr="00CD745A">
        <w:tc>
          <w:tcPr>
            <w:tcW w:w="2723" w:type="dxa"/>
            <w:vAlign w:val="center"/>
          </w:tcPr>
          <w:p w14:paraId="11FFEE38" w14:textId="77777777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849295955"/>
            <w:placeholder>
              <w:docPart w:val="FB7E9068020A4D09974EA1EB0D07EBE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2629E3B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8F6B4EE" w14:textId="77777777" w:rsidTr="00CD745A">
        <w:tc>
          <w:tcPr>
            <w:tcW w:w="2723" w:type="dxa"/>
            <w:vAlign w:val="center"/>
          </w:tcPr>
          <w:p w14:paraId="57D486D0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F44AD1C" w14:textId="77777777" w:rsidR="00CD745A" w:rsidRDefault="00CD745A" w:rsidP="00CD745A"/>
        </w:tc>
        <w:sdt>
          <w:sdtPr>
            <w:id w:val="666522276"/>
            <w:placeholder>
              <w:docPart w:val="B9DD229517514DD3BA3088064240514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8B1D2F4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4929BB4B" w14:textId="77777777" w:rsidTr="00CD745A">
        <w:tc>
          <w:tcPr>
            <w:tcW w:w="2723" w:type="dxa"/>
            <w:vAlign w:val="center"/>
          </w:tcPr>
          <w:p w14:paraId="6B87E394" w14:textId="77777777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039040763"/>
            <w:placeholder>
              <w:docPart w:val="4B4DB9EE858049CCB9AFBB15E50951B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57328BCA" w14:textId="77777777" w:rsidR="00CD745A" w:rsidRDefault="00CD745A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5C3E6963" w14:textId="77777777" w:rsidTr="00CD745A">
        <w:tc>
          <w:tcPr>
            <w:tcW w:w="2723" w:type="dxa"/>
            <w:vAlign w:val="center"/>
          </w:tcPr>
          <w:p w14:paraId="61031033" w14:textId="77777777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D915A34" w14:textId="77777777" w:rsidR="00CD745A" w:rsidRDefault="00CD745A" w:rsidP="00CD745A">
            <w:r>
              <w:t xml:space="preserve">Complete  </w:t>
            </w:r>
            <w:sdt>
              <w:sdtPr>
                <w:id w:val="75818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07597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4C8207B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615DD567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7D0B379" w14:textId="77777777" w:rsidR="00CD745A" w:rsidRDefault="00CD745A" w:rsidP="00CD745A">
            <w:r>
              <w:t xml:space="preserve">Yes </w:t>
            </w:r>
            <w:sdt>
              <w:sdtPr>
                <w:id w:val="13854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66453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1EB756F8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FD53F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4A7D4" w14:textId="2F867A6B" w:rsidR="00CD745A" w:rsidRDefault="00CD745A" w:rsidP="00CD745A"/>
        </w:tc>
      </w:tr>
      <w:tr w:rsidR="003E7DCE" w14:paraId="190D1CC0" w14:textId="77777777" w:rsidTr="00695860">
        <w:tc>
          <w:tcPr>
            <w:tcW w:w="9350" w:type="dxa"/>
            <w:gridSpan w:val="2"/>
          </w:tcPr>
          <w:p w14:paraId="1A85C617" w14:textId="4BB1B98D" w:rsidR="003E7DCE" w:rsidRDefault="003E7DCE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965338821"/>
                <w:placeholder>
                  <w:docPart w:val="5E31585208564712A11D6D88DBC591C4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67F54EE3" w14:textId="77777777" w:rsidTr="00CD745A">
        <w:tc>
          <w:tcPr>
            <w:tcW w:w="2723" w:type="dxa"/>
            <w:vAlign w:val="center"/>
          </w:tcPr>
          <w:p w14:paraId="2714B4AA" w14:textId="77777777" w:rsidR="003E7DCE" w:rsidRDefault="003E7DCE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379315426"/>
            <w:placeholder>
              <w:docPart w:val="ED3EAF7D21314B5888CE80FC69D76292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0639919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E855A6C" w14:textId="77777777" w:rsidTr="00CD745A">
        <w:tc>
          <w:tcPr>
            <w:tcW w:w="2723" w:type="dxa"/>
            <w:vAlign w:val="center"/>
          </w:tcPr>
          <w:p w14:paraId="48E04F81" w14:textId="77777777" w:rsidR="003E7DCE" w:rsidRDefault="003E7DCE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1922475155"/>
            <w:placeholder>
              <w:docPart w:val="121F546347024A5F9C589682F05AF10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056D710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3D7065D2" w14:textId="77777777" w:rsidTr="00CD745A">
        <w:tc>
          <w:tcPr>
            <w:tcW w:w="2723" w:type="dxa"/>
            <w:vAlign w:val="center"/>
          </w:tcPr>
          <w:p w14:paraId="5CEAEABA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3B3BC766" w14:textId="77777777" w:rsidR="003E7DCE" w:rsidRDefault="003E7DCE" w:rsidP="00CD745A"/>
        </w:tc>
        <w:sdt>
          <w:sdtPr>
            <w:id w:val="-1290731260"/>
            <w:placeholder>
              <w:docPart w:val="19FC50A1B5B5465C8063DF7C285A2A1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F5D681F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49D7CC22" w14:textId="77777777" w:rsidTr="00CD745A">
        <w:tc>
          <w:tcPr>
            <w:tcW w:w="2723" w:type="dxa"/>
            <w:vAlign w:val="center"/>
          </w:tcPr>
          <w:p w14:paraId="1BFF0D2C" w14:textId="77777777" w:rsidR="003E7DCE" w:rsidRDefault="003E7DCE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364791344"/>
            <w:placeholder>
              <w:docPart w:val="C6C1C73C6A0248FDB489DA57EBF4B6E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22A90955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75B31C17" w14:textId="77777777" w:rsidTr="00CD745A">
        <w:tc>
          <w:tcPr>
            <w:tcW w:w="2723" w:type="dxa"/>
            <w:vAlign w:val="center"/>
          </w:tcPr>
          <w:p w14:paraId="76BF0E6A" w14:textId="77777777" w:rsidR="003E7DCE" w:rsidRDefault="003E7DCE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1A98DF16" w14:textId="77777777" w:rsidR="003E7DCE" w:rsidRDefault="003E7DCE" w:rsidP="00CD745A">
            <w:r>
              <w:t xml:space="preserve">Complete  </w:t>
            </w:r>
            <w:sdt>
              <w:sdtPr>
                <w:id w:val="1287089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990743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0D752D5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73499B09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9CD8BB2" w14:textId="77777777" w:rsidR="003E7DCE" w:rsidRDefault="003E7DCE" w:rsidP="00CD745A">
            <w:r>
              <w:t xml:space="preserve">Yes </w:t>
            </w:r>
            <w:sdt>
              <w:sdtPr>
                <w:id w:val="1476494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2031454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75ACCAFD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5A32BB" w14:textId="77777777" w:rsidR="003E7DCE" w:rsidRPr="00F4085D" w:rsidRDefault="003E7DCE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5929FF" w14:textId="76DB073D" w:rsidR="003E7DCE" w:rsidRDefault="003E7DCE" w:rsidP="00CD745A"/>
        </w:tc>
      </w:tr>
      <w:tr w:rsidR="003E7DCE" w14:paraId="1F7C2F11" w14:textId="77777777" w:rsidTr="00695860">
        <w:tc>
          <w:tcPr>
            <w:tcW w:w="9350" w:type="dxa"/>
            <w:gridSpan w:val="2"/>
          </w:tcPr>
          <w:p w14:paraId="6883B323" w14:textId="61F75ED4" w:rsidR="003E7DCE" w:rsidRDefault="003E7DCE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422761955"/>
                <w:placeholder>
                  <w:docPart w:val="4C7697613A7F4E18B904C79F0F71DF50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40FFA359" w14:textId="77777777" w:rsidTr="00CD745A">
        <w:tc>
          <w:tcPr>
            <w:tcW w:w="2723" w:type="dxa"/>
            <w:vAlign w:val="center"/>
          </w:tcPr>
          <w:p w14:paraId="7A26617C" w14:textId="77777777" w:rsidR="003E7DCE" w:rsidRDefault="003E7DCE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826827185"/>
            <w:placeholder>
              <w:docPart w:val="C436F23434204DB28004C203C617C9B9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D76C8BC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B22DD16" w14:textId="77777777" w:rsidTr="00CD745A">
        <w:tc>
          <w:tcPr>
            <w:tcW w:w="2723" w:type="dxa"/>
            <w:vAlign w:val="center"/>
          </w:tcPr>
          <w:p w14:paraId="2A2A5903" w14:textId="77777777" w:rsidR="003E7DCE" w:rsidRDefault="003E7DCE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1502577577"/>
            <w:placeholder>
              <w:docPart w:val="EF725A99E66547A8827FF2D57600BC6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5A58D1A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095ABE18" w14:textId="77777777" w:rsidTr="00CD745A">
        <w:tc>
          <w:tcPr>
            <w:tcW w:w="2723" w:type="dxa"/>
            <w:vAlign w:val="center"/>
          </w:tcPr>
          <w:p w14:paraId="73886922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53363CE1" w14:textId="77777777" w:rsidR="003E7DCE" w:rsidRDefault="003E7DCE" w:rsidP="00CD745A"/>
        </w:tc>
        <w:sdt>
          <w:sdtPr>
            <w:id w:val="-2121133736"/>
            <w:placeholder>
              <w:docPart w:val="EB843FFDF87B4577AC077AA8E0317D9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2CA6392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1F48E0C" w14:textId="77777777" w:rsidTr="00CD745A">
        <w:tc>
          <w:tcPr>
            <w:tcW w:w="2723" w:type="dxa"/>
            <w:vAlign w:val="center"/>
          </w:tcPr>
          <w:p w14:paraId="793B6154" w14:textId="77777777" w:rsidR="003E7DCE" w:rsidRDefault="003E7DCE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240397091"/>
            <w:placeholder>
              <w:docPart w:val="CDD53C1CD43D42A5887D48381774215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7611BFB6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4896FA49" w14:textId="77777777" w:rsidTr="00CD745A">
        <w:tc>
          <w:tcPr>
            <w:tcW w:w="2723" w:type="dxa"/>
            <w:vAlign w:val="center"/>
          </w:tcPr>
          <w:p w14:paraId="3DFA2F9C" w14:textId="77777777" w:rsidR="003E7DCE" w:rsidRDefault="003E7DCE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20157ED" w14:textId="77777777" w:rsidR="003E7DCE" w:rsidRDefault="003E7DCE" w:rsidP="00CD745A">
            <w:r>
              <w:t xml:space="preserve">Complete  </w:t>
            </w:r>
            <w:sdt>
              <w:sdtPr>
                <w:id w:val="7540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513501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5CC93BF0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630C9E88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62AA357" w14:textId="77777777" w:rsidR="003E7DCE" w:rsidRDefault="003E7DCE" w:rsidP="00CD745A">
            <w:r>
              <w:t xml:space="preserve">Yes </w:t>
            </w:r>
            <w:sdt>
              <w:sdtPr>
                <w:id w:val="601918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2126149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0586AE40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0D3F6E" w14:textId="77777777" w:rsidR="003E7DCE" w:rsidRPr="00F4085D" w:rsidRDefault="003E7DCE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471F40" w14:textId="66478CF4" w:rsidR="003E7DCE" w:rsidRDefault="003E7DCE" w:rsidP="00CD745A"/>
        </w:tc>
      </w:tr>
      <w:tr w:rsidR="003E7DCE" w14:paraId="6C6834BC" w14:textId="77777777" w:rsidTr="00695860">
        <w:tc>
          <w:tcPr>
            <w:tcW w:w="9350" w:type="dxa"/>
            <w:gridSpan w:val="2"/>
          </w:tcPr>
          <w:p w14:paraId="2660D8C1" w14:textId="059A4DAF" w:rsidR="003E7DCE" w:rsidRDefault="003E7DCE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364250768"/>
                <w:placeholder>
                  <w:docPart w:val="A18942BB1C3F4A75B5D8F0244E81325A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4F11685F" w14:textId="77777777" w:rsidTr="00CD745A">
        <w:tc>
          <w:tcPr>
            <w:tcW w:w="2723" w:type="dxa"/>
            <w:vAlign w:val="center"/>
          </w:tcPr>
          <w:p w14:paraId="74BBFB37" w14:textId="77777777" w:rsidR="003E7DCE" w:rsidRDefault="003E7DCE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124220407"/>
            <w:placeholder>
              <w:docPart w:val="1A65DB737AB94A6CBF1CA7A418163688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AA174F9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B1029A5" w14:textId="77777777" w:rsidTr="00CD745A">
        <w:tc>
          <w:tcPr>
            <w:tcW w:w="2723" w:type="dxa"/>
            <w:vAlign w:val="center"/>
          </w:tcPr>
          <w:p w14:paraId="69DDDE46" w14:textId="77777777" w:rsidR="003E7DCE" w:rsidRDefault="003E7DCE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491415597"/>
            <w:placeholder>
              <w:docPart w:val="557BA06E14D745D89BDBD0A80AF4FE1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FA5147E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71A88C5" w14:textId="77777777" w:rsidTr="00CD745A">
        <w:tc>
          <w:tcPr>
            <w:tcW w:w="2723" w:type="dxa"/>
            <w:vAlign w:val="center"/>
          </w:tcPr>
          <w:p w14:paraId="361A9328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348C34E2" w14:textId="77777777" w:rsidR="003E7DCE" w:rsidRDefault="003E7DCE" w:rsidP="00CD745A"/>
        </w:tc>
        <w:sdt>
          <w:sdtPr>
            <w:id w:val="-504204346"/>
            <w:placeholder>
              <w:docPart w:val="33EFF1EEE0B74C4195C0BF0235DC4AF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1D5834B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ED72539" w14:textId="77777777" w:rsidTr="00CD745A">
        <w:tc>
          <w:tcPr>
            <w:tcW w:w="2723" w:type="dxa"/>
            <w:vAlign w:val="center"/>
          </w:tcPr>
          <w:p w14:paraId="4FFDD412" w14:textId="77777777" w:rsidR="003E7DCE" w:rsidRDefault="003E7DCE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700786814"/>
            <w:placeholder>
              <w:docPart w:val="E9E83D3B99AA46718CD606D93C94757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57BD93AC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7F73391F" w14:textId="77777777" w:rsidTr="00CD745A">
        <w:tc>
          <w:tcPr>
            <w:tcW w:w="2723" w:type="dxa"/>
            <w:vAlign w:val="center"/>
          </w:tcPr>
          <w:p w14:paraId="3EBBB939" w14:textId="77777777" w:rsidR="003E7DCE" w:rsidRDefault="003E7DCE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2BD9E6B" w14:textId="77777777" w:rsidR="003E7DCE" w:rsidRDefault="003E7DCE" w:rsidP="00CD745A">
            <w:r>
              <w:t xml:space="preserve">Complete  </w:t>
            </w:r>
            <w:sdt>
              <w:sdtPr>
                <w:id w:val="-97726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97409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2C426CBA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02635AB1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89AF8AA" w14:textId="77777777" w:rsidR="003E7DCE" w:rsidRDefault="003E7DCE" w:rsidP="00CD745A">
            <w:r>
              <w:t xml:space="preserve">Yes </w:t>
            </w:r>
            <w:sdt>
              <w:sdtPr>
                <w:id w:val="649872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55559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628D8D10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51D352" w14:textId="77777777" w:rsidR="003E7DCE" w:rsidRPr="00F4085D" w:rsidRDefault="003E7DCE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24A9A8" w14:textId="7A774FF4" w:rsidR="003E7DCE" w:rsidRDefault="003E7DCE" w:rsidP="00CD745A"/>
        </w:tc>
      </w:tr>
    </w:tbl>
    <w:p w14:paraId="0F6ED78A" w14:textId="77777777" w:rsidR="003E7DCE" w:rsidRDefault="003E7DCE">
      <w:pPr>
        <w:pStyle w:val="Heading1"/>
      </w:pPr>
    </w:p>
    <w:p w14:paraId="477A7230" w14:textId="77777777" w:rsidR="003E7DCE" w:rsidRDefault="003E7DC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2A4F83A7" w:rsidR="00214ECC" w:rsidRDefault="003729FB">
      <w:pPr>
        <w:pStyle w:val="Heading1"/>
      </w:pPr>
      <w:r>
        <w:lastRenderedPageBreak/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A0792E">
        <w:tc>
          <w:tcPr>
            <w:tcW w:w="2689" w:type="dxa"/>
          </w:tcPr>
          <w:p w14:paraId="1ADD563F" w14:textId="2699BDBB" w:rsidR="00E9708F" w:rsidRDefault="00E9708F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8426A61" w14:textId="6DC414F8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A0792E">
        <w:tc>
          <w:tcPr>
            <w:tcW w:w="2689" w:type="dxa"/>
          </w:tcPr>
          <w:p w14:paraId="5063B332" w14:textId="5483306F" w:rsidR="00E9708F" w:rsidRDefault="00E9708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BDE551D" w14:textId="5EDF4B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A0792E">
        <w:tc>
          <w:tcPr>
            <w:tcW w:w="2689" w:type="dxa"/>
          </w:tcPr>
          <w:p w14:paraId="6E014817" w14:textId="4BF4295B" w:rsidR="00E9708F" w:rsidRDefault="00E9708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3783DB" w14:textId="2A8EDBCC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A0792E">
        <w:tc>
          <w:tcPr>
            <w:tcW w:w="2689" w:type="dxa"/>
          </w:tcPr>
          <w:p w14:paraId="287584B0" w14:textId="77777777" w:rsidR="00E9708F" w:rsidRPr="00F4085D" w:rsidRDefault="00E9708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6F22547" w14:textId="77777777" w:rsidR="00E9708F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8D0AF4" w14:textId="14E793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4B70A0A3" w14:textId="77777777" w:rsidTr="00A0792E">
        <w:tc>
          <w:tcPr>
            <w:tcW w:w="2689" w:type="dxa"/>
          </w:tcPr>
          <w:p w14:paraId="2B82BE9D" w14:textId="190108BB" w:rsidR="00E9708F" w:rsidRDefault="00E9708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Default="00E9708F">
            <w:r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605DD3C8" w14:textId="77777777" w:rsidTr="00A0792E">
        <w:tc>
          <w:tcPr>
            <w:tcW w:w="2689" w:type="dxa"/>
          </w:tcPr>
          <w:p w14:paraId="3ACF7AFC" w14:textId="2D9BB58C" w:rsidR="00E9708F" w:rsidRDefault="00E9708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4ADF35B" w14:textId="075D342D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F4085D" w:rsidRDefault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Default="00E9708F">
            <w:r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54BF00AB" w:rsidR="00E9708F" w:rsidRDefault="00E9708F"/>
        </w:tc>
      </w:tr>
      <w:tr w:rsidR="003E7DCE" w14:paraId="0700BECF" w14:textId="77777777" w:rsidTr="00A0792E">
        <w:tc>
          <w:tcPr>
            <w:tcW w:w="2689" w:type="dxa"/>
          </w:tcPr>
          <w:p w14:paraId="0BDD6A7E" w14:textId="15DDDA1F" w:rsidR="003E7DCE" w:rsidRDefault="003E7DC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888709733"/>
            <w:placeholder>
              <w:docPart w:val="13C8BCAFAD63450F8D163618DC34DD5C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84B2CC1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524E7CD9" w14:textId="77777777" w:rsidTr="00A0792E">
        <w:tc>
          <w:tcPr>
            <w:tcW w:w="2689" w:type="dxa"/>
          </w:tcPr>
          <w:p w14:paraId="42A4C4BF" w14:textId="77777777" w:rsidR="003E7DCE" w:rsidRDefault="003E7DC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238691036"/>
            <w:placeholder>
              <w:docPart w:val="0EE1EC2CA26F40E58BECF72C7DF2B1A7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61C9A0B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AD8B295" w14:textId="77777777" w:rsidTr="00A0792E">
        <w:tc>
          <w:tcPr>
            <w:tcW w:w="2689" w:type="dxa"/>
          </w:tcPr>
          <w:p w14:paraId="28187D68" w14:textId="77777777" w:rsidR="003E7DCE" w:rsidRDefault="003E7DC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02406707"/>
            <w:placeholder>
              <w:docPart w:val="5871F82E9202498E8C4EC460EC169A7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E8FB9D3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70DAD96" w14:textId="77777777" w:rsidTr="00A0792E">
        <w:tc>
          <w:tcPr>
            <w:tcW w:w="2689" w:type="dxa"/>
          </w:tcPr>
          <w:p w14:paraId="664803A6" w14:textId="77777777" w:rsidR="003E7DCE" w:rsidRPr="00F4085D" w:rsidRDefault="003E7DCE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3C0EB84" w14:textId="77777777" w:rsidR="003E7DCE" w:rsidRDefault="003E7DCE"/>
        </w:tc>
        <w:sdt>
          <w:sdtPr>
            <w:id w:val="-1203320029"/>
            <w:placeholder>
              <w:docPart w:val="529C6939249F459D8E1D8C6FAA68299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B181C97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3FD51F79" w14:textId="77777777" w:rsidTr="00A0792E">
        <w:tc>
          <w:tcPr>
            <w:tcW w:w="2689" w:type="dxa"/>
          </w:tcPr>
          <w:p w14:paraId="62C94070" w14:textId="77777777" w:rsidR="003E7DCE" w:rsidRDefault="003E7DC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DB9E6B9" w14:textId="77777777" w:rsidR="003E7DCE" w:rsidRDefault="003E7DCE">
            <w:r>
              <w:t xml:space="preserve">Complete  </w:t>
            </w:r>
            <w:sdt>
              <w:sdtPr>
                <w:id w:val="1934010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799118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1EC9AC94" w14:textId="77777777" w:rsidTr="00A0792E">
        <w:tc>
          <w:tcPr>
            <w:tcW w:w="2689" w:type="dxa"/>
          </w:tcPr>
          <w:p w14:paraId="6E253DBF" w14:textId="77777777" w:rsidR="003E7DCE" w:rsidRDefault="003E7DC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228431943"/>
            <w:placeholder>
              <w:docPart w:val="67D2100000894AF6A28A2E7BAF59E58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5BEAB98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35053F2D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39EE72BF" w14:textId="77777777" w:rsidR="003E7DCE" w:rsidRPr="00F4085D" w:rsidRDefault="003E7DC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BB4E015" w14:textId="77777777" w:rsidR="003E7DCE" w:rsidRDefault="003E7DCE">
            <w:r>
              <w:t xml:space="preserve">Yes </w:t>
            </w:r>
            <w:sdt>
              <w:sdtPr>
                <w:id w:val="1118571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096631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5883D337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556802" w14:textId="18948C7A" w:rsidR="003E7DCE" w:rsidRDefault="003E7DCE"/>
        </w:tc>
      </w:tr>
      <w:tr w:rsidR="003E7DCE" w14:paraId="5C4BBFA4" w14:textId="77777777" w:rsidTr="00A0792E">
        <w:tc>
          <w:tcPr>
            <w:tcW w:w="2689" w:type="dxa"/>
          </w:tcPr>
          <w:p w14:paraId="366D93D2" w14:textId="60A3E86E" w:rsidR="003E7DCE" w:rsidRDefault="003E7DCE">
            <w:r w:rsidRPr="00F4085D">
              <w:rPr>
                <w:b/>
                <w:bCs/>
              </w:rPr>
              <w:t>Role</w:t>
            </w:r>
          </w:p>
        </w:tc>
        <w:sdt>
          <w:sdtPr>
            <w:id w:val="1502005989"/>
            <w:placeholder>
              <w:docPart w:val="A0E207D5457748C8816FF42D3A2136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4CCB515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0A64BB6" w14:textId="77777777" w:rsidTr="00A0792E">
        <w:tc>
          <w:tcPr>
            <w:tcW w:w="2689" w:type="dxa"/>
          </w:tcPr>
          <w:p w14:paraId="6103EEB0" w14:textId="77777777" w:rsidR="003E7DCE" w:rsidRDefault="003E7DC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395403817"/>
            <w:placeholder>
              <w:docPart w:val="1F4E9C7B33C94F4F853511E8D6FC84E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EE8B64B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E575C06" w14:textId="77777777" w:rsidTr="00A0792E">
        <w:tc>
          <w:tcPr>
            <w:tcW w:w="2689" w:type="dxa"/>
          </w:tcPr>
          <w:p w14:paraId="36B377AF" w14:textId="77777777" w:rsidR="003E7DCE" w:rsidRDefault="003E7DC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87495525"/>
            <w:placeholder>
              <w:docPart w:val="A30D5B2A5BD04B56B2B00911A72D0C4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E034413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31369DD0" w14:textId="77777777" w:rsidTr="00A0792E">
        <w:tc>
          <w:tcPr>
            <w:tcW w:w="2689" w:type="dxa"/>
          </w:tcPr>
          <w:p w14:paraId="78724B30" w14:textId="77777777" w:rsidR="003E7DCE" w:rsidRPr="00F4085D" w:rsidRDefault="003E7DCE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53BB57C3" w14:textId="77777777" w:rsidR="003E7DCE" w:rsidRDefault="003E7DCE"/>
        </w:tc>
        <w:sdt>
          <w:sdtPr>
            <w:id w:val="578024886"/>
            <w:placeholder>
              <w:docPart w:val="9D390E91505D4693AB86895731954C2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522C043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5E15BF43" w14:textId="77777777" w:rsidTr="00A0792E">
        <w:tc>
          <w:tcPr>
            <w:tcW w:w="2689" w:type="dxa"/>
          </w:tcPr>
          <w:p w14:paraId="1750F561" w14:textId="77777777" w:rsidR="003E7DCE" w:rsidRDefault="003E7DC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7E2424A" w14:textId="77777777" w:rsidR="003E7DCE" w:rsidRDefault="003E7DCE">
            <w:r>
              <w:t xml:space="preserve">Complete  </w:t>
            </w:r>
            <w:sdt>
              <w:sdtPr>
                <w:id w:val="-1390111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69531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7590A39B" w14:textId="77777777" w:rsidTr="00A0792E">
        <w:tc>
          <w:tcPr>
            <w:tcW w:w="2689" w:type="dxa"/>
          </w:tcPr>
          <w:p w14:paraId="035757E4" w14:textId="77777777" w:rsidR="003E7DCE" w:rsidRDefault="003E7DC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650213909"/>
            <w:placeholder>
              <w:docPart w:val="83D3512B64A34FDA82D21A1D68C7C06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8D3848B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DC9CA99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48E16CB7" w14:textId="77777777" w:rsidR="003E7DCE" w:rsidRPr="00F4085D" w:rsidRDefault="003E7DC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B14889E" w14:textId="77777777" w:rsidR="003E7DCE" w:rsidRDefault="003E7DCE">
            <w:r>
              <w:t xml:space="preserve">Yes </w:t>
            </w:r>
            <w:sdt>
              <w:sdtPr>
                <w:id w:val="-167799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677767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6A04283B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6E2813" w14:textId="445A8B6F" w:rsidR="003E7DCE" w:rsidRDefault="003E7DCE"/>
        </w:tc>
      </w:tr>
      <w:tr w:rsidR="003E7DCE" w14:paraId="50E23E7C" w14:textId="77777777" w:rsidTr="00A0792E">
        <w:tc>
          <w:tcPr>
            <w:tcW w:w="2689" w:type="dxa"/>
          </w:tcPr>
          <w:p w14:paraId="760B6C91" w14:textId="2ABD83BB" w:rsidR="003E7DCE" w:rsidRDefault="003E7DCE">
            <w:r w:rsidRPr="00F4085D">
              <w:rPr>
                <w:b/>
                <w:bCs/>
              </w:rPr>
              <w:t>Role</w:t>
            </w:r>
          </w:p>
        </w:tc>
        <w:sdt>
          <w:sdtPr>
            <w:id w:val="286020547"/>
            <w:placeholder>
              <w:docPart w:val="AF6399C995A541DE87FCABA3DE7B989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F50FC0D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02BC6FDB" w14:textId="77777777" w:rsidTr="00A0792E">
        <w:tc>
          <w:tcPr>
            <w:tcW w:w="2689" w:type="dxa"/>
          </w:tcPr>
          <w:p w14:paraId="12840AFE" w14:textId="77777777" w:rsidR="003E7DCE" w:rsidRDefault="003E7DC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445984709"/>
            <w:placeholder>
              <w:docPart w:val="44FE1BECACAB43248A6E867938A0114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EA673FC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6C7D8F8F" w14:textId="77777777" w:rsidTr="00A0792E">
        <w:tc>
          <w:tcPr>
            <w:tcW w:w="2689" w:type="dxa"/>
          </w:tcPr>
          <w:p w14:paraId="121BC7DA" w14:textId="77777777" w:rsidR="003E7DCE" w:rsidRDefault="003E7DC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306205841"/>
            <w:placeholder>
              <w:docPart w:val="77BB764FE1E04820A50AE98EC647B9C5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ECEBEE1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0065FFF0" w14:textId="77777777" w:rsidTr="00A0792E">
        <w:tc>
          <w:tcPr>
            <w:tcW w:w="2689" w:type="dxa"/>
          </w:tcPr>
          <w:p w14:paraId="27F94847" w14:textId="77777777" w:rsidR="003E7DCE" w:rsidRPr="00F4085D" w:rsidRDefault="003E7DCE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215691DA" w14:textId="77777777" w:rsidR="003E7DCE" w:rsidRDefault="003E7DCE"/>
        </w:tc>
        <w:sdt>
          <w:sdtPr>
            <w:id w:val="-233251456"/>
            <w:placeholder>
              <w:docPart w:val="D6DC023CD84540779F336169F1C622B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1262BAB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68DD5311" w14:textId="77777777" w:rsidTr="00A0792E">
        <w:tc>
          <w:tcPr>
            <w:tcW w:w="2689" w:type="dxa"/>
          </w:tcPr>
          <w:p w14:paraId="6418523B" w14:textId="77777777" w:rsidR="003E7DCE" w:rsidRDefault="003E7DC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4179C8C" w14:textId="77777777" w:rsidR="003E7DCE" w:rsidRDefault="003E7DCE">
            <w:r>
              <w:t xml:space="preserve">Complete  </w:t>
            </w:r>
            <w:sdt>
              <w:sdtPr>
                <w:id w:val="-616521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268983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0E0ACB9D" w14:textId="77777777" w:rsidTr="00A0792E">
        <w:tc>
          <w:tcPr>
            <w:tcW w:w="2689" w:type="dxa"/>
          </w:tcPr>
          <w:p w14:paraId="0DC89376" w14:textId="77777777" w:rsidR="003E7DCE" w:rsidRDefault="003E7DC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353700779"/>
            <w:placeholder>
              <w:docPart w:val="19D164E14B3D4CABBB6E937A3C23C25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2CDD900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6A7EBAA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4F320E1E" w14:textId="77777777" w:rsidR="003E7DCE" w:rsidRPr="00F4085D" w:rsidRDefault="003E7DC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4E5464B2" w14:textId="77777777" w:rsidR="003E7DCE" w:rsidRDefault="003E7DCE">
            <w:r>
              <w:t xml:space="preserve">Yes </w:t>
            </w:r>
            <w:sdt>
              <w:sdtPr>
                <w:id w:val="-46011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2058275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3C2C121F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089AEB" w14:textId="50F6E50A" w:rsidR="003E7DCE" w:rsidRDefault="003E7DCE"/>
        </w:tc>
      </w:tr>
      <w:tr w:rsidR="003E7DCE" w14:paraId="61F25AD9" w14:textId="77777777" w:rsidTr="00A0792E">
        <w:tc>
          <w:tcPr>
            <w:tcW w:w="2689" w:type="dxa"/>
          </w:tcPr>
          <w:p w14:paraId="3D489377" w14:textId="7AF0AD42" w:rsidR="003E7DCE" w:rsidRDefault="003E7DCE">
            <w:r w:rsidRPr="00F4085D">
              <w:rPr>
                <w:b/>
                <w:bCs/>
              </w:rPr>
              <w:t>Role</w:t>
            </w:r>
          </w:p>
        </w:tc>
        <w:sdt>
          <w:sdtPr>
            <w:id w:val="1444191643"/>
            <w:placeholder>
              <w:docPart w:val="2A3ABC3BD0E246BA9945124F4E7CD42E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44E1117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3313C775" w14:textId="77777777" w:rsidTr="00A0792E">
        <w:tc>
          <w:tcPr>
            <w:tcW w:w="2689" w:type="dxa"/>
          </w:tcPr>
          <w:p w14:paraId="29941937" w14:textId="77777777" w:rsidR="003E7DCE" w:rsidRDefault="003E7DC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424720695"/>
            <w:placeholder>
              <w:docPart w:val="12AC9464DA1E49A38628624C2813514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198196A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561F7F92" w14:textId="77777777" w:rsidTr="00A0792E">
        <w:tc>
          <w:tcPr>
            <w:tcW w:w="2689" w:type="dxa"/>
          </w:tcPr>
          <w:p w14:paraId="18D7A614" w14:textId="77777777" w:rsidR="003E7DCE" w:rsidRDefault="003E7DC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2101251378"/>
            <w:placeholder>
              <w:docPart w:val="65B5EC1D3341437FA6B1B4976424E1A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40B0730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6195A6DB" w14:textId="77777777" w:rsidTr="00A0792E">
        <w:tc>
          <w:tcPr>
            <w:tcW w:w="2689" w:type="dxa"/>
          </w:tcPr>
          <w:p w14:paraId="116DFAA7" w14:textId="77777777" w:rsidR="003E7DCE" w:rsidRPr="00F4085D" w:rsidRDefault="003E7DCE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4335A0C0" w14:textId="77777777" w:rsidR="003E7DCE" w:rsidRDefault="003E7DCE"/>
        </w:tc>
        <w:sdt>
          <w:sdtPr>
            <w:id w:val="-1271005844"/>
            <w:placeholder>
              <w:docPart w:val="5F726BEE94A1479E96250CE1DC43083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B64B58C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54D9BE87" w14:textId="77777777" w:rsidTr="00A0792E">
        <w:tc>
          <w:tcPr>
            <w:tcW w:w="2689" w:type="dxa"/>
          </w:tcPr>
          <w:p w14:paraId="452F0815" w14:textId="77777777" w:rsidR="003E7DCE" w:rsidRDefault="003E7DC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855F661" w14:textId="77777777" w:rsidR="003E7DCE" w:rsidRDefault="003E7DCE">
            <w:r>
              <w:t xml:space="preserve">Complete  </w:t>
            </w:r>
            <w:sdt>
              <w:sdtPr>
                <w:id w:val="-190089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712229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409EFA19" w14:textId="77777777" w:rsidTr="00A0792E">
        <w:tc>
          <w:tcPr>
            <w:tcW w:w="2689" w:type="dxa"/>
          </w:tcPr>
          <w:p w14:paraId="406F3256" w14:textId="77777777" w:rsidR="003E7DCE" w:rsidRDefault="003E7DC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653673674"/>
            <w:placeholder>
              <w:docPart w:val="429B7EA1197A481FA71761742EB075BE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4EAD94C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48999DF2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2DED617B" w14:textId="77777777" w:rsidR="003E7DCE" w:rsidRPr="00F4085D" w:rsidRDefault="003E7DC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6C181B5" w14:textId="77777777" w:rsidR="003E7DCE" w:rsidRDefault="003E7DCE">
            <w:r>
              <w:t xml:space="preserve">Yes </w:t>
            </w:r>
            <w:sdt>
              <w:sdtPr>
                <w:id w:val="20141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760569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55838CE0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4D38A9" w14:textId="17515795" w:rsidR="003E7DCE" w:rsidRDefault="003E7DCE"/>
        </w:tc>
      </w:tr>
    </w:tbl>
    <w:p w14:paraId="7A882F9A" w14:textId="77777777" w:rsidR="00E9708F" w:rsidRDefault="00E9708F"/>
    <w:p w14:paraId="1FC78D44" w14:textId="2D5B2B68" w:rsidR="00214ECC" w:rsidRDefault="00214ECC"/>
    <w:sectPr w:rsidR="00214ECC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45895" w14:textId="77777777" w:rsidR="002227A0" w:rsidRDefault="002227A0" w:rsidP="001B2E81">
      <w:pPr>
        <w:spacing w:after="0" w:line="240" w:lineRule="auto"/>
      </w:pPr>
      <w:r>
        <w:separator/>
      </w:r>
    </w:p>
  </w:endnote>
  <w:endnote w:type="continuationSeparator" w:id="0">
    <w:p w14:paraId="6BCF3411" w14:textId="77777777" w:rsidR="002227A0" w:rsidRDefault="002227A0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5CAC4" w14:textId="77777777" w:rsidR="002227A0" w:rsidRDefault="002227A0" w:rsidP="001B2E81">
      <w:pPr>
        <w:spacing w:after="0" w:line="240" w:lineRule="auto"/>
      </w:pPr>
      <w:r>
        <w:separator/>
      </w:r>
    </w:p>
  </w:footnote>
  <w:footnote w:type="continuationSeparator" w:id="0">
    <w:p w14:paraId="7BEF8991" w14:textId="77777777" w:rsidR="002227A0" w:rsidRDefault="002227A0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2EDB8C93" w:rsidR="007C3707" w:rsidRDefault="007C3707">
    <w:pPr>
      <w:pStyle w:val="Header"/>
    </w:pPr>
    <w:r>
      <w:ptab w:relativeTo="margin" w:alignment="right" w:leader="none"/>
    </w:r>
    <w:r>
      <w:t xml:space="preserve">RCPI HST Application CV: Clinical </w:t>
    </w:r>
    <w:r w:rsidR="00CD5FB5">
      <w:t>Neurophysiology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52142C"/>
    <w:multiLevelType w:val="hybridMultilevel"/>
    <w:tmpl w:val="DFF6897C"/>
    <w:lvl w:ilvl="0" w:tplc="C142AC7E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0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9"/>
  </w:num>
  <w:num w:numId="12" w16cid:durableId="954025059">
    <w:abstractNumId w:val="11"/>
  </w:num>
  <w:num w:numId="13" w16cid:durableId="1694188166">
    <w:abstractNumId w:val="12"/>
  </w:num>
  <w:num w:numId="14" w16cid:durableId="8897316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691C"/>
    <w:rsid w:val="00081140"/>
    <w:rsid w:val="000834D5"/>
    <w:rsid w:val="000B4241"/>
    <w:rsid w:val="0015074B"/>
    <w:rsid w:val="00164A29"/>
    <w:rsid w:val="001B2E81"/>
    <w:rsid w:val="001C17E4"/>
    <w:rsid w:val="00214ECC"/>
    <w:rsid w:val="002227A0"/>
    <w:rsid w:val="002931FF"/>
    <w:rsid w:val="0029639D"/>
    <w:rsid w:val="002D1BCA"/>
    <w:rsid w:val="002D7D98"/>
    <w:rsid w:val="002E140B"/>
    <w:rsid w:val="00326F90"/>
    <w:rsid w:val="003729FB"/>
    <w:rsid w:val="003E7DCE"/>
    <w:rsid w:val="003F78BA"/>
    <w:rsid w:val="004A41F5"/>
    <w:rsid w:val="004D6768"/>
    <w:rsid w:val="005227CF"/>
    <w:rsid w:val="00547911"/>
    <w:rsid w:val="005911E1"/>
    <w:rsid w:val="00597958"/>
    <w:rsid w:val="005A051B"/>
    <w:rsid w:val="0075109E"/>
    <w:rsid w:val="007C0991"/>
    <w:rsid w:val="007C3707"/>
    <w:rsid w:val="007F54E1"/>
    <w:rsid w:val="00821B93"/>
    <w:rsid w:val="008525FA"/>
    <w:rsid w:val="008A3D3B"/>
    <w:rsid w:val="009A7B67"/>
    <w:rsid w:val="009E4AEB"/>
    <w:rsid w:val="009F52E8"/>
    <w:rsid w:val="00A0792E"/>
    <w:rsid w:val="00AA1D8D"/>
    <w:rsid w:val="00B16633"/>
    <w:rsid w:val="00B47730"/>
    <w:rsid w:val="00BD4838"/>
    <w:rsid w:val="00C7253B"/>
    <w:rsid w:val="00C95D05"/>
    <w:rsid w:val="00CB0664"/>
    <w:rsid w:val="00CD5FB5"/>
    <w:rsid w:val="00CD745A"/>
    <w:rsid w:val="00CF57FE"/>
    <w:rsid w:val="00DA296B"/>
    <w:rsid w:val="00E5708D"/>
    <w:rsid w:val="00E9708F"/>
    <w:rsid w:val="00F211F0"/>
    <w:rsid w:val="00F277ED"/>
    <w:rsid w:val="00F4085D"/>
    <w:rsid w:val="00F54DC5"/>
    <w:rsid w:val="00F837C7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0B4241"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color w:val="0024BB"/>
      <w:spacing w:val="5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0B4241"/>
    <w:rPr>
      <w:rFonts w:asciiTheme="majorHAnsi" w:eastAsiaTheme="majorEastAsia" w:hAnsiTheme="majorHAnsi" w:cstheme="majorBidi"/>
      <w:b/>
      <w:bCs/>
      <w:color w:val="0024BB"/>
      <w:spacing w:val="5"/>
      <w:kern w:val="28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AD16EA" w:rsidP="00AD16EA">
          <w:pPr>
            <w:pStyle w:val="F4D6CB2241074A76A75ACE4A72F3BA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AD16EA" w:rsidP="00AD16EA">
          <w:pPr>
            <w:pStyle w:val="5C6BE9DD57B042A78E73AE6C65AB81E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AD16EA" w:rsidP="00AD16EA">
          <w:pPr>
            <w:pStyle w:val="B94FF17A7DD844238942618D220CAE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AD16EA" w:rsidP="00AD16EA">
          <w:pPr>
            <w:pStyle w:val="767E5F504CE04A3283DBB5C362BF53D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AD16EA" w:rsidP="00AD16EA">
          <w:pPr>
            <w:pStyle w:val="15FA136DFCC9400EA3643631FD9D49A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AD16EA" w:rsidP="00AD16EA">
          <w:pPr>
            <w:pStyle w:val="758EF154077D4EC492E0AA02749775E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AD16EA" w:rsidP="00AD16EA">
          <w:pPr>
            <w:pStyle w:val="60444590C5F4414E83C6454885D5753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AD16EA" w:rsidP="00AD16EA">
          <w:pPr>
            <w:pStyle w:val="096DC268CB3744C7AF90E558EFABE7F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AD16EA" w:rsidP="00AD16EA">
          <w:pPr>
            <w:pStyle w:val="16EE3227410F4460A6706019F08584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AD16EA" w:rsidP="00AD16EA">
          <w:pPr>
            <w:pStyle w:val="35C6ADD19D0A4F7F9AA8A8D4CCB1374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AD16EA" w:rsidP="00AD16EA">
          <w:pPr>
            <w:pStyle w:val="0AD4EFDEB46F4DD3B07D7D864B6EAEB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AD16EA" w:rsidP="00AD16EA">
          <w:pPr>
            <w:pStyle w:val="C969D259CE28476AA1EB44B74A93B0D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AD16EA" w:rsidP="00AD16EA">
          <w:pPr>
            <w:pStyle w:val="4163D3241B974CB9999FF0EC5B4E2B2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AD16EA" w:rsidP="00AD16EA">
          <w:pPr>
            <w:pStyle w:val="89495584885745569DDCF4FEC1482D0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AD16EA" w:rsidP="00AD16EA">
          <w:pPr>
            <w:pStyle w:val="66C6F6902A3B4D4CA7D745FDDA70B68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AD16EA" w:rsidP="00AD16EA">
          <w:pPr>
            <w:pStyle w:val="4CD965A9EE694FECADF2476D720E7B6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AD16EA" w:rsidP="00AD16EA">
          <w:pPr>
            <w:pStyle w:val="09E232A6ADC042DB884957F020A929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AD16EA" w:rsidP="00AD16EA">
          <w:pPr>
            <w:pStyle w:val="3DF7FD3C5E5C4C0992D419903A5ACDD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AD16EA" w:rsidP="00AD16EA">
          <w:pPr>
            <w:pStyle w:val="657F90F891404138BEF4C8B0986FE70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AD16EA" w:rsidP="00AD16EA">
          <w:pPr>
            <w:pStyle w:val="C9113B8A854441D682CE5AC80AFB086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AD16EA" w:rsidP="00AD16EA">
          <w:pPr>
            <w:pStyle w:val="E3F5175B57004446843F4F317C13BE7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AD16EA" w:rsidP="00AD16EA">
          <w:pPr>
            <w:pStyle w:val="74CADD3637F3476CAEF2795719E307A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AD16EA" w:rsidP="00AD16EA">
          <w:pPr>
            <w:pStyle w:val="6E2E25C8BD59485F83A4E1A3EB66C1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AD16EA" w:rsidP="00AD16EA">
          <w:pPr>
            <w:pStyle w:val="CADFFF9D18954E1993F5C0789B03E17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AD16EA" w:rsidP="00AD16EA">
          <w:pPr>
            <w:pStyle w:val="872FF4CA11794B8A841DB2220DF10EA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AD16EA" w:rsidP="00AD16EA">
          <w:pPr>
            <w:pStyle w:val="4E97BD512F134974B65EC5CE1A1FFA5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AD16EA" w:rsidP="00AD16EA">
          <w:pPr>
            <w:pStyle w:val="43C24FC1DD4E4C25906C3761C0E444F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AD16EA" w:rsidP="00AD16EA">
          <w:pPr>
            <w:pStyle w:val="6E5B51F8A20C49259CB13015EB12138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AD16EA" w:rsidP="00AD16EA">
          <w:pPr>
            <w:pStyle w:val="ACA81B7FEB124004A04A95F11ADBD7A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AD16EA" w:rsidP="00AD16EA">
          <w:pPr>
            <w:pStyle w:val="AB27C8C8D90949D99B80C3BCC40C6D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AD16EA" w:rsidP="00AD16EA">
          <w:pPr>
            <w:pStyle w:val="BE6BAA36B4CE46CCBA1107A2CA86328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AD16EA" w:rsidP="00AD16EA">
          <w:pPr>
            <w:pStyle w:val="98F3A9EE91754E259AFD2F141BD88EC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AD16EA" w:rsidP="00AD16EA">
          <w:pPr>
            <w:pStyle w:val="A562792367E244C2B52C13434E400DB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AD16EA" w:rsidP="00AD16EA">
          <w:pPr>
            <w:pStyle w:val="7E217E49FF2B4BCCB4F3ACCCBA86205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AD16EA" w:rsidP="00AD16EA">
          <w:pPr>
            <w:pStyle w:val="A6B6B6169038418C8F137F03A3BAC3E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AD16EA" w:rsidP="00AD16EA">
          <w:pPr>
            <w:pStyle w:val="BA84038C5BAB4BC98BCFD7720888F4E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AD16EA" w:rsidP="00AD16EA">
          <w:pPr>
            <w:pStyle w:val="2A85F1BB5E59479D91B2E845B74103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AD16EA" w:rsidP="00AD16EA">
          <w:pPr>
            <w:pStyle w:val="734A0FEE22AB4D08A85FAFBB84445CB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AD16EA" w:rsidP="00AD16EA">
          <w:pPr>
            <w:pStyle w:val="3AE69983638E496B87E186B118E83D0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AD16EA" w:rsidP="00AD16EA">
          <w:pPr>
            <w:pStyle w:val="4E1B8BE8E635423EB269141E9E2912A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AD16EA" w:rsidP="00AD16EA">
          <w:pPr>
            <w:pStyle w:val="522C19E6AA2346A4966003129C441C2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AD16EA" w:rsidP="00AD16EA">
          <w:pPr>
            <w:pStyle w:val="DC6DBC8E8B3947CB8F9195F36B67D85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AD16EA" w:rsidP="00AD16EA">
          <w:pPr>
            <w:pStyle w:val="49487EF4E50B45EF8F8DF0A58099CB0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AD16EA" w:rsidP="00AD16EA">
          <w:pPr>
            <w:pStyle w:val="C6C5AA04D5744E5397F5B4C02E599FE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AD16EA" w:rsidP="00AD16EA">
          <w:pPr>
            <w:pStyle w:val="657845195F10471BB191FDF6254F450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AD16EA" w:rsidP="00AD16EA">
          <w:pPr>
            <w:pStyle w:val="4261ABEBA6024587BD9BFFA89B86CBA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AD16EA" w:rsidP="00AD16EA">
          <w:pPr>
            <w:pStyle w:val="ECE4C47E07C843CCA2D7255597D0770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AD16EA" w:rsidP="00AD16EA">
          <w:pPr>
            <w:pStyle w:val="9444CF760006459A89EF2B7CE3AFF2D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AD16EA" w:rsidP="00AD16EA">
          <w:pPr>
            <w:pStyle w:val="A451D5A1F2414B9AB219F05CFB3EC45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AD16EA" w:rsidP="00AD16EA">
          <w:pPr>
            <w:pStyle w:val="E58E1C4CC73644419B96786849CD041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AD16EA" w:rsidP="00AD16EA">
          <w:pPr>
            <w:pStyle w:val="CA4E4ABAE5DA465E97A6237A7809538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AD16EA" w:rsidP="00AD16EA">
          <w:pPr>
            <w:pStyle w:val="156AE4FD73954CA688AAE317B321396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AD16EA" w:rsidP="00AD16EA">
          <w:pPr>
            <w:pStyle w:val="6D5A277E4DAE4119840AF2E2D970FC5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AD16EA" w:rsidP="00AD16EA">
          <w:pPr>
            <w:pStyle w:val="586FFECF142C4598987272C037E4807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AD16EA" w:rsidP="00AD16EA">
          <w:pPr>
            <w:pStyle w:val="0FB6E5FECABF45829BB384A56029A28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164AFE8C004731B39F8D42AA794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844EF-ADD6-4262-AAB4-675971BC0AAA}"/>
      </w:docPartPr>
      <w:docPartBody>
        <w:p w:rsidR="004161F5" w:rsidRDefault="00AD16EA" w:rsidP="00AD16EA">
          <w:pPr>
            <w:pStyle w:val="26164AFE8C004731B39F8D42AA79484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3E6DFAA3A744858DA27EA69CF18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E8A8C-51C0-4144-89BC-3515CCD83F1A}"/>
      </w:docPartPr>
      <w:docPartBody>
        <w:p w:rsidR="004161F5" w:rsidRDefault="00AD16EA" w:rsidP="00AD16EA">
          <w:pPr>
            <w:pStyle w:val="143E6DFAA3A744858DA27EA69CF186A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7E9068020A4D09974EA1EB0D07E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BAB17-855A-4C4D-874A-93CE948C9AA3}"/>
      </w:docPartPr>
      <w:docPartBody>
        <w:p w:rsidR="004161F5" w:rsidRDefault="00AD16EA" w:rsidP="00AD16EA">
          <w:pPr>
            <w:pStyle w:val="FB7E9068020A4D09974EA1EB0D07EB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DD229517514DD3BA30880642405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61FEA-3A97-41F3-97BB-88D258595AF0}"/>
      </w:docPartPr>
      <w:docPartBody>
        <w:p w:rsidR="004161F5" w:rsidRDefault="00AD16EA" w:rsidP="00AD16EA">
          <w:pPr>
            <w:pStyle w:val="B9DD229517514DD3BA3088064240514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DB9EE858049CCB9AFBB15E5095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4E822-6637-475A-9ECE-360D82B14F33}"/>
      </w:docPartPr>
      <w:docPartBody>
        <w:p w:rsidR="004161F5" w:rsidRDefault="00AD16EA" w:rsidP="00AD16EA">
          <w:pPr>
            <w:pStyle w:val="4B4DB9EE858049CCB9AFBB15E50951BB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AD16EA" w:rsidP="00AD16EA">
          <w:pPr>
            <w:pStyle w:val="7041F98D97294F33B27DB409BE8E34F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AD16EA" w:rsidP="00AD16EA">
          <w:pPr>
            <w:pStyle w:val="73AB6D1D873F4738BF61AE697637871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AD16EA" w:rsidP="00AD16EA">
          <w:pPr>
            <w:pStyle w:val="520891A0A4C04E9D9F8A8F3644975C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AD16EA" w:rsidP="00AD16EA">
          <w:pPr>
            <w:pStyle w:val="C582574595EA444189787F4DFB8EE37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AD16EA" w:rsidP="00AD16EA">
          <w:pPr>
            <w:pStyle w:val="55670920D67C4481B676B57D42BEF39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AD16EA" w:rsidP="00AD16EA">
          <w:pPr>
            <w:pStyle w:val="1734C0B0E50C4165979C1D1CD6EF511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2533AA1A67444FAB6AD764FF1E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F7DA-E9F2-4032-A788-B62BA60378EC}"/>
      </w:docPartPr>
      <w:docPartBody>
        <w:p w:rsidR="00174BC2" w:rsidRDefault="00AD16EA" w:rsidP="00AD16EA">
          <w:pPr>
            <w:pStyle w:val="982533AA1A67444FAB6AD764FF1EF88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51704D7154EB4AAFD40739CBF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B767D-4E47-48E7-8104-5FCB54E20DFF}"/>
      </w:docPartPr>
      <w:docPartBody>
        <w:p w:rsidR="00174BC2" w:rsidRDefault="00AD16EA" w:rsidP="00AD16EA">
          <w:pPr>
            <w:pStyle w:val="A8251704D7154EB4AAFD40739CBF323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F71A98DCB432994A49CF6A241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B163-2111-47F1-BE3E-715B36098DE9}"/>
      </w:docPartPr>
      <w:docPartBody>
        <w:p w:rsidR="00174BC2" w:rsidRDefault="00AD16EA" w:rsidP="00AD16EA">
          <w:pPr>
            <w:pStyle w:val="092F71A98DCB432994A49CF6A2418B1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714C39671F4059B6173089394C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16FAE-E734-44BE-A31F-E00E026FC3BC}"/>
      </w:docPartPr>
      <w:docPartBody>
        <w:p w:rsidR="00174BC2" w:rsidRDefault="00AD16EA" w:rsidP="00AD16EA">
          <w:pPr>
            <w:pStyle w:val="FF714C39671F4059B6173089394CD3E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589E92AA8443098EDE0E709D3F9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60FC3-714F-41B4-9890-9A9052B837B3}"/>
      </w:docPartPr>
      <w:docPartBody>
        <w:p w:rsidR="00174BC2" w:rsidRDefault="00AD16EA" w:rsidP="00AD16EA">
          <w:pPr>
            <w:pStyle w:val="28589E92AA8443098EDE0E709D3F980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873B5DDFA49E29AD3D86C96355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AA905-D309-487F-A1AF-07580395F905}"/>
      </w:docPartPr>
      <w:docPartBody>
        <w:p w:rsidR="00174BC2" w:rsidRDefault="00AD16EA" w:rsidP="00AD16EA">
          <w:pPr>
            <w:pStyle w:val="7B8873B5DDFA49E29AD3D86C96355BE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3A91E55554B1E87906AAB7E66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BF7F-A57D-47C2-BCA3-E8C041F05825}"/>
      </w:docPartPr>
      <w:docPartBody>
        <w:p w:rsidR="00174BC2" w:rsidRDefault="00AD16EA" w:rsidP="00AD16EA">
          <w:pPr>
            <w:pStyle w:val="7D53A91E55554B1E87906AAB7E66728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174BC2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174BC2" w:rsidRDefault="00AD16EA" w:rsidP="00AD16EA">
          <w:pPr>
            <w:pStyle w:val="A98CC7936C024C2988776FBA2CC670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174BC2" w:rsidRDefault="00AD16EA" w:rsidP="00AD16EA">
          <w:pPr>
            <w:pStyle w:val="2E9B36F7201C45DF99CA9FA9C42900A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174BC2" w:rsidRDefault="00AD16EA" w:rsidP="00AD16EA">
          <w:pPr>
            <w:pStyle w:val="09814CF1CD7A47D3BB560F37A96F9D5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174BC2" w:rsidRDefault="00AD16EA" w:rsidP="00AD16EA">
          <w:pPr>
            <w:pStyle w:val="7793DEAF92564508A217818A964BBBC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6335FC542D49358B92E7CE5B8CF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DC750-C2C2-4A1D-A977-9AE82FEC2F3E}"/>
      </w:docPartPr>
      <w:docPartBody>
        <w:p w:rsidR="008A515E" w:rsidRDefault="00AD16EA" w:rsidP="00AD16EA">
          <w:pPr>
            <w:pStyle w:val="266335FC542D49358B92E7CE5B8CFB2A2"/>
          </w:pPr>
          <w:r w:rsidRPr="00C56C0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2E423334A1483FB60B9D2CAAE2D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8722E-C1CB-4747-B40F-4FE02F9B601A}"/>
      </w:docPartPr>
      <w:docPartBody>
        <w:p w:rsidR="008A515E" w:rsidRDefault="00AD16EA" w:rsidP="00AD16EA">
          <w:pPr>
            <w:pStyle w:val="282E423334A1483FB60B9D2CAAE2DFEB2"/>
          </w:pPr>
          <w:r w:rsidRPr="003F78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A6878A32B748B09A8EA9B3A79FA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6878D-AEA5-4629-9B49-DBA071A53D0C}"/>
      </w:docPartPr>
      <w:docPartBody>
        <w:p w:rsidR="008A515E" w:rsidRDefault="00AD16EA" w:rsidP="00AD16EA">
          <w:pPr>
            <w:pStyle w:val="55A6878A32B748B09A8EA9B3A79FA6302"/>
          </w:pPr>
          <w:r w:rsidRPr="00C56C0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C8BCAFAD63450F8D163618DC34DD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C59E2-C6BB-4688-B39E-09BCBEC31546}"/>
      </w:docPartPr>
      <w:docPartBody>
        <w:p w:rsidR="00A97AAF" w:rsidRDefault="00AD16EA" w:rsidP="00AD16EA">
          <w:pPr>
            <w:pStyle w:val="13C8BCAFAD63450F8D163618DC34DD5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E1EC2CA26F40E58BECF72C7DF2B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DD7DD-D265-4B7F-8A77-AE0CC6133B3B}"/>
      </w:docPartPr>
      <w:docPartBody>
        <w:p w:rsidR="00A97AAF" w:rsidRDefault="00AD16EA" w:rsidP="00AD16EA">
          <w:pPr>
            <w:pStyle w:val="0EE1EC2CA26F40E58BECF72C7DF2B1A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71F82E9202498E8C4EC460EC169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32FE3-B777-45EF-BE81-41200D218784}"/>
      </w:docPartPr>
      <w:docPartBody>
        <w:p w:rsidR="00A97AAF" w:rsidRDefault="00AD16EA" w:rsidP="00AD16EA">
          <w:pPr>
            <w:pStyle w:val="5871F82E9202498E8C4EC460EC169A7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C6939249F459D8E1D8C6FAA682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DD1DF-99E1-4A20-8BBB-44C553533ED7}"/>
      </w:docPartPr>
      <w:docPartBody>
        <w:p w:rsidR="00A97AAF" w:rsidRDefault="00AD16EA" w:rsidP="00AD16EA">
          <w:pPr>
            <w:pStyle w:val="529C6939249F459D8E1D8C6FAA68299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D2100000894AF6A28A2E7BAF59E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FA38D0-B310-41C7-88D1-B1FBA678AC72}"/>
      </w:docPartPr>
      <w:docPartBody>
        <w:p w:rsidR="00A97AAF" w:rsidRDefault="00AD16EA" w:rsidP="00AD16EA">
          <w:pPr>
            <w:pStyle w:val="67D2100000894AF6A28A2E7BAF59E58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E207D5457748C8816FF42D3A213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F0250-2379-4B0F-8FF6-A13DA455D8D3}"/>
      </w:docPartPr>
      <w:docPartBody>
        <w:p w:rsidR="00A97AAF" w:rsidRDefault="00AD16EA" w:rsidP="00AD16EA">
          <w:pPr>
            <w:pStyle w:val="A0E207D5457748C8816FF42D3A21367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4E9C7B33C94F4F853511E8D6FC8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6D3DB-7B52-49C6-BFBD-D872EF05D059}"/>
      </w:docPartPr>
      <w:docPartBody>
        <w:p w:rsidR="00A97AAF" w:rsidRDefault="00AD16EA" w:rsidP="00AD16EA">
          <w:pPr>
            <w:pStyle w:val="1F4E9C7B33C94F4F853511E8D6FC84E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0D5B2A5BD04B56B2B00911A72D0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50F17-934E-424A-82DA-CDFE6C7DC169}"/>
      </w:docPartPr>
      <w:docPartBody>
        <w:p w:rsidR="00A97AAF" w:rsidRDefault="00AD16EA" w:rsidP="00AD16EA">
          <w:pPr>
            <w:pStyle w:val="A30D5B2A5BD04B56B2B00911A72D0C4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390E91505D4693AB86895731954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F6382-2E75-4431-BCAC-9B4BBD42C590}"/>
      </w:docPartPr>
      <w:docPartBody>
        <w:p w:rsidR="00A97AAF" w:rsidRDefault="00AD16EA" w:rsidP="00AD16EA">
          <w:pPr>
            <w:pStyle w:val="9D390E91505D4693AB86895731954C2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D3512B64A34FDA82D21A1D68C7C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67A84-DC38-4FE7-8C6B-683D1ACE8879}"/>
      </w:docPartPr>
      <w:docPartBody>
        <w:p w:rsidR="00A97AAF" w:rsidRDefault="00AD16EA" w:rsidP="00AD16EA">
          <w:pPr>
            <w:pStyle w:val="83D3512B64A34FDA82D21A1D68C7C06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6399C995A541DE87FCABA3DE7B9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8EF05-BC81-415F-9548-D03992E7BC5F}"/>
      </w:docPartPr>
      <w:docPartBody>
        <w:p w:rsidR="00A97AAF" w:rsidRDefault="00AD16EA" w:rsidP="00AD16EA">
          <w:pPr>
            <w:pStyle w:val="AF6399C995A541DE87FCABA3DE7B989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FE1BECACAB43248A6E867938A01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AF110-10B2-4C2C-ADC5-1C5CD565FC42}"/>
      </w:docPartPr>
      <w:docPartBody>
        <w:p w:rsidR="00A97AAF" w:rsidRDefault="00AD16EA" w:rsidP="00AD16EA">
          <w:pPr>
            <w:pStyle w:val="44FE1BECACAB43248A6E867938A0114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BB764FE1E04820A50AE98EC647B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F4C12-EDB0-4B59-9DE6-373691225858}"/>
      </w:docPartPr>
      <w:docPartBody>
        <w:p w:rsidR="00A97AAF" w:rsidRDefault="00AD16EA" w:rsidP="00AD16EA">
          <w:pPr>
            <w:pStyle w:val="77BB764FE1E04820A50AE98EC647B9C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DC023CD84540779F336169F1C62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7E186-8845-42ED-9AC2-7F5B929198E1}"/>
      </w:docPartPr>
      <w:docPartBody>
        <w:p w:rsidR="00A97AAF" w:rsidRDefault="00AD16EA" w:rsidP="00AD16EA">
          <w:pPr>
            <w:pStyle w:val="D6DC023CD84540779F336169F1C622B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D164E14B3D4CABBB6E937A3C23C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6CDE9-9B7D-4981-8833-5CEE6998EBC3}"/>
      </w:docPartPr>
      <w:docPartBody>
        <w:p w:rsidR="00A97AAF" w:rsidRDefault="00AD16EA" w:rsidP="00AD16EA">
          <w:pPr>
            <w:pStyle w:val="19D164E14B3D4CABBB6E937A3C23C25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3ABC3BD0E246BA9945124F4E7CD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B47C6-0B5B-4B52-A508-27C9605FCBCE}"/>
      </w:docPartPr>
      <w:docPartBody>
        <w:p w:rsidR="00A97AAF" w:rsidRDefault="00AD16EA" w:rsidP="00AD16EA">
          <w:pPr>
            <w:pStyle w:val="2A3ABC3BD0E246BA9945124F4E7CD42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AC9464DA1E49A38628624C28135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CE408-46A6-42FF-BFC9-EF7FF9B30874}"/>
      </w:docPartPr>
      <w:docPartBody>
        <w:p w:rsidR="00A97AAF" w:rsidRDefault="00AD16EA" w:rsidP="00AD16EA">
          <w:pPr>
            <w:pStyle w:val="12AC9464DA1E49A38628624C2813514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B5EC1D3341437FA6B1B4976424E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AF224-36E2-436D-99C8-5C7209D686F1}"/>
      </w:docPartPr>
      <w:docPartBody>
        <w:p w:rsidR="00A97AAF" w:rsidRDefault="00AD16EA" w:rsidP="00AD16EA">
          <w:pPr>
            <w:pStyle w:val="65B5EC1D3341437FA6B1B4976424E1A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726BEE94A1479E96250CE1DC430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0D986-A64B-488F-A263-E56ADA08880B}"/>
      </w:docPartPr>
      <w:docPartBody>
        <w:p w:rsidR="00A97AAF" w:rsidRDefault="00AD16EA" w:rsidP="00AD16EA">
          <w:pPr>
            <w:pStyle w:val="5F726BEE94A1479E96250CE1DC43083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9B7EA1197A481FA71761742EB07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5F981-2B1B-4A46-800B-470BAF0F12FB}"/>
      </w:docPartPr>
      <w:docPartBody>
        <w:p w:rsidR="00A97AAF" w:rsidRDefault="00AD16EA" w:rsidP="00AD16EA">
          <w:pPr>
            <w:pStyle w:val="429B7EA1197A481FA71761742EB075B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31585208564712A11D6D88DBC59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4F585-C906-45D8-915A-21B230F06EE9}"/>
      </w:docPartPr>
      <w:docPartBody>
        <w:p w:rsidR="00A97AAF" w:rsidRDefault="00AD16EA" w:rsidP="00AD16EA">
          <w:pPr>
            <w:pStyle w:val="5E31585208564712A11D6D88DBC591C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3EAF7D21314B5888CE80FC69D76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C695B-71DB-4FB9-9352-34D658C3D8FA}"/>
      </w:docPartPr>
      <w:docPartBody>
        <w:p w:rsidR="00A97AAF" w:rsidRDefault="00AD16EA" w:rsidP="00AD16EA">
          <w:pPr>
            <w:pStyle w:val="ED3EAF7D21314B5888CE80FC69D7629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1F546347024A5F9C589682F05AF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AEED0-E8A7-4C98-BD47-0E95497E2DDD}"/>
      </w:docPartPr>
      <w:docPartBody>
        <w:p w:rsidR="00A97AAF" w:rsidRDefault="00AD16EA" w:rsidP="00AD16EA">
          <w:pPr>
            <w:pStyle w:val="121F546347024A5F9C589682F05AF10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FC50A1B5B5465C8063DF7C285A2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2FBB6-A221-4E5E-B94A-64447ECC9492}"/>
      </w:docPartPr>
      <w:docPartBody>
        <w:p w:rsidR="00A97AAF" w:rsidRDefault="00AD16EA" w:rsidP="00AD16EA">
          <w:pPr>
            <w:pStyle w:val="19FC50A1B5B5465C8063DF7C285A2A1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1C73C6A0248FDB489DA57EBF4B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D05A3-67B6-46C9-93AC-82F38957E518}"/>
      </w:docPartPr>
      <w:docPartBody>
        <w:p w:rsidR="00A97AAF" w:rsidRDefault="00AD16EA" w:rsidP="00AD16EA">
          <w:pPr>
            <w:pStyle w:val="C6C1C73C6A0248FDB489DA57EBF4B6E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C7697613A7F4E18B904C79F0F71D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643DD-A940-4329-8F97-C9EE25D54536}"/>
      </w:docPartPr>
      <w:docPartBody>
        <w:p w:rsidR="00A97AAF" w:rsidRDefault="00AD16EA" w:rsidP="00AD16EA">
          <w:pPr>
            <w:pStyle w:val="4C7697613A7F4E18B904C79F0F71DF5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36F23434204DB28004C203C617C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83F11-69F8-4FD3-B157-05DC8641A053}"/>
      </w:docPartPr>
      <w:docPartBody>
        <w:p w:rsidR="00A97AAF" w:rsidRDefault="00AD16EA" w:rsidP="00AD16EA">
          <w:pPr>
            <w:pStyle w:val="C436F23434204DB28004C203C617C9B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725A99E66547A8827FF2D57600B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AF7FD-01BB-4936-AEB3-42519EAA1C0C}"/>
      </w:docPartPr>
      <w:docPartBody>
        <w:p w:rsidR="00A97AAF" w:rsidRDefault="00AD16EA" w:rsidP="00AD16EA">
          <w:pPr>
            <w:pStyle w:val="EF725A99E66547A8827FF2D57600BC6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843FFDF87B4577AC077AA8E0317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C09B3-067B-4771-93F2-3F8A693819F2}"/>
      </w:docPartPr>
      <w:docPartBody>
        <w:p w:rsidR="00A97AAF" w:rsidRDefault="00AD16EA" w:rsidP="00AD16EA">
          <w:pPr>
            <w:pStyle w:val="EB843FFDF87B4577AC077AA8E0317D9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D53C1CD43D42A5887D483817742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86B45-8C9D-4131-BB3F-C18EF183DD72}"/>
      </w:docPartPr>
      <w:docPartBody>
        <w:p w:rsidR="00A97AAF" w:rsidRDefault="00AD16EA" w:rsidP="00AD16EA">
          <w:pPr>
            <w:pStyle w:val="CDD53C1CD43D42A5887D48381774215E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18942BB1C3F4A75B5D8F0244E813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8D113-4EA2-43DC-9319-DAC44432F517}"/>
      </w:docPartPr>
      <w:docPartBody>
        <w:p w:rsidR="00A97AAF" w:rsidRDefault="00AD16EA" w:rsidP="00AD16EA">
          <w:pPr>
            <w:pStyle w:val="A18942BB1C3F4A75B5D8F0244E81325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65DB737AB94A6CBF1CA7A418163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59A00-1865-448C-BC69-13E4058D519E}"/>
      </w:docPartPr>
      <w:docPartBody>
        <w:p w:rsidR="00A97AAF" w:rsidRDefault="00AD16EA" w:rsidP="00AD16EA">
          <w:pPr>
            <w:pStyle w:val="1A65DB737AB94A6CBF1CA7A41816368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7BA06E14D745D89BDBD0A80AF4F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258F5-D2A4-43E9-AE1E-EDD85149946C}"/>
      </w:docPartPr>
      <w:docPartBody>
        <w:p w:rsidR="00A97AAF" w:rsidRDefault="00AD16EA" w:rsidP="00AD16EA">
          <w:pPr>
            <w:pStyle w:val="557BA06E14D745D89BDBD0A80AF4FE1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EFF1EEE0B74C4195C0BF0235DC4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1D894-D9E0-4B36-A1FC-CEC996F69C4A}"/>
      </w:docPartPr>
      <w:docPartBody>
        <w:p w:rsidR="00A97AAF" w:rsidRDefault="00AD16EA" w:rsidP="00AD16EA">
          <w:pPr>
            <w:pStyle w:val="33EFF1EEE0B74C4195C0BF0235DC4AF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E83D3B99AA46718CD606D93C947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6A807-0F39-43F6-AA05-AEBD2E4A79CF}"/>
      </w:docPartPr>
      <w:docPartBody>
        <w:p w:rsidR="00A97AAF" w:rsidRDefault="00AD16EA" w:rsidP="00AD16EA">
          <w:pPr>
            <w:pStyle w:val="E9E83D3B99AA46718CD606D93C947573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459EF7263DE4E93AF3E67553AA1B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F18AD-990F-40C1-A1CE-F970C4643B47}"/>
      </w:docPartPr>
      <w:docPartBody>
        <w:p w:rsidR="00A97AAF" w:rsidRDefault="00AD16EA" w:rsidP="00AD16EA">
          <w:pPr>
            <w:pStyle w:val="5459EF7263DE4E93AF3E67553AA1B9C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383341C03B4259823EE8E3448B0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3FF70-AF0B-49A5-B2C8-5451DCB1CCEE}"/>
      </w:docPartPr>
      <w:docPartBody>
        <w:p w:rsidR="00A97AAF" w:rsidRDefault="00AD16EA" w:rsidP="00AD16EA">
          <w:pPr>
            <w:pStyle w:val="C9383341C03B4259823EE8E3448B08D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6CC685E8754DD0B9C18886F2BF9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7447E4-58B7-4022-93A4-DE2111ABF7EB}"/>
      </w:docPartPr>
      <w:docPartBody>
        <w:p w:rsidR="00A97AAF" w:rsidRDefault="00AD16EA" w:rsidP="00AD16EA">
          <w:pPr>
            <w:pStyle w:val="6D6CC685E8754DD0B9C18886F2BF9DA6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012038DE8814E6BA008D3782AA38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7FC4D-FA3E-4D4A-A81D-86BB2823A0AE}"/>
      </w:docPartPr>
      <w:docPartBody>
        <w:p w:rsidR="00A97AAF" w:rsidRDefault="00AD16EA" w:rsidP="00AD16EA">
          <w:pPr>
            <w:pStyle w:val="5012038DE8814E6BA008D3782AA38EE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B295563A0C344488C5A14A7C95C9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3E4C2-CB21-4BD2-87C8-A56F5E844C2B}"/>
      </w:docPartPr>
      <w:docPartBody>
        <w:p w:rsidR="00A97AAF" w:rsidRDefault="00AD16EA" w:rsidP="00AD16EA">
          <w:pPr>
            <w:pStyle w:val="CB295563A0C344488C5A14A7C95C974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68E2B78AF3433DA2052D92C678A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30AA0-74EB-461C-9287-7D393B7571B3}"/>
      </w:docPartPr>
      <w:docPartBody>
        <w:p w:rsidR="00A97AAF" w:rsidRDefault="00AD16EA" w:rsidP="00AD16EA">
          <w:pPr>
            <w:pStyle w:val="2F68E2B78AF3433DA2052D92C678AF8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69D327F4374E73A5B9CFB6F09C7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C418C-EFF3-40EE-9C79-0079980BF589}"/>
      </w:docPartPr>
      <w:docPartBody>
        <w:p w:rsidR="00A97AAF" w:rsidRDefault="00AD16EA" w:rsidP="00AD16EA">
          <w:pPr>
            <w:pStyle w:val="3969D327F4374E73A5B9CFB6F09C783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D2C747AE3D451D9D5F767CD7811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64ADB-7396-4A2B-89E5-1988AF503C4D}"/>
      </w:docPartPr>
      <w:docPartBody>
        <w:p w:rsidR="00A97AAF" w:rsidRDefault="00AD16EA" w:rsidP="00AD16EA">
          <w:pPr>
            <w:pStyle w:val="ACD2C747AE3D451D9D5F767CD7811C2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336FA3E65B4EF18A97885A099F2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B20EA-7482-42D3-83A0-5FE7A6CBC01F}"/>
      </w:docPartPr>
      <w:docPartBody>
        <w:p w:rsidR="00A97AAF" w:rsidRDefault="00AD16EA" w:rsidP="00AD16EA">
          <w:pPr>
            <w:pStyle w:val="CD336FA3E65B4EF18A97885A099F2B1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2ECE1E835E4DC1B62CD3516D7D7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9A0BE-AFD1-4E8D-A1F0-FBF7313DDDBF}"/>
      </w:docPartPr>
      <w:docPartBody>
        <w:p w:rsidR="00A97AAF" w:rsidRDefault="00AD16EA" w:rsidP="00AD16EA">
          <w:pPr>
            <w:pStyle w:val="D92ECE1E835E4DC1B62CD3516D7D7177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852BA069B284D16A37AF49AAFA78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F8087-18BC-4C14-A3E6-6483C72299E0}"/>
      </w:docPartPr>
      <w:docPartBody>
        <w:p w:rsidR="00A97AAF" w:rsidRDefault="00AD16EA" w:rsidP="00AD16EA">
          <w:pPr>
            <w:pStyle w:val="C852BA069B284D16A37AF49AAFA7836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DF4B1C8F4154C998CEE0AB1E3EE1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89A4E-34A1-47DB-B69C-4F0218ED23EC}"/>
      </w:docPartPr>
      <w:docPartBody>
        <w:p w:rsidR="00A97AAF" w:rsidRDefault="00AD16EA" w:rsidP="00AD16EA">
          <w:pPr>
            <w:pStyle w:val="3DF4B1C8F4154C998CEE0AB1E3EE165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E7F96908054AD39AA11F6D189EF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B28C7-FFE7-4640-B4CE-43CAAAB41A59}"/>
      </w:docPartPr>
      <w:docPartBody>
        <w:p w:rsidR="00A97AAF" w:rsidRDefault="00AD16EA" w:rsidP="00AD16EA">
          <w:pPr>
            <w:pStyle w:val="D6E7F96908054AD39AA11F6D189EFD7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D3492692844E9EA941A741CE99F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73678-F284-4D48-919C-7588DAE61450}"/>
      </w:docPartPr>
      <w:docPartBody>
        <w:p w:rsidR="00A97AAF" w:rsidRDefault="00AD16EA" w:rsidP="00AD16EA">
          <w:pPr>
            <w:pStyle w:val="D5D3492692844E9EA941A741CE99FE9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1050CF80ED4BC2B94B530889255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D6F6B-64FA-4A11-804C-62C5707E7D20}"/>
      </w:docPartPr>
      <w:docPartBody>
        <w:p w:rsidR="00A97AAF" w:rsidRDefault="00AD16EA" w:rsidP="00AD16EA">
          <w:pPr>
            <w:pStyle w:val="DC1050CF80ED4BC2B94B5308892551D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9C7BBEA4874D7096FC90BC98D91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4C394-05BB-4E8B-90D2-0D6701C554EB}"/>
      </w:docPartPr>
      <w:docPartBody>
        <w:p w:rsidR="00A97AAF" w:rsidRDefault="00AD16EA" w:rsidP="00AD16EA">
          <w:pPr>
            <w:pStyle w:val="239C7BBEA4874D7096FC90BC98D91D3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F357070660465393639C81A867D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A2A12-94D4-4269-B1AA-95C800C82148}"/>
      </w:docPartPr>
      <w:docPartBody>
        <w:p w:rsidR="00A97AAF" w:rsidRDefault="00AD16EA" w:rsidP="00AD16EA">
          <w:pPr>
            <w:pStyle w:val="9AF357070660465393639C81A867DE45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98C576F3EF2491D8599FEE5203A7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92CCC-6541-4D33-8748-564BBDABC378}"/>
      </w:docPartPr>
      <w:docPartBody>
        <w:p w:rsidR="00A97AAF" w:rsidRDefault="00AD16EA" w:rsidP="00AD16EA">
          <w:pPr>
            <w:pStyle w:val="D98C576F3EF2491D8599FEE5203A7A0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D702AB954414F8B87C7E09484642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F0CFA-8B0D-4D50-A009-1E31D16B0C3F}"/>
      </w:docPartPr>
      <w:docPartBody>
        <w:p w:rsidR="00A97AAF" w:rsidRDefault="00AD16EA" w:rsidP="00AD16EA">
          <w:pPr>
            <w:pStyle w:val="DD702AB954414F8B87C7E0948464206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BB5EE70A344F0CADCDBE883342A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947A7-5568-4A0B-ACE8-8E2BDC284B38}"/>
      </w:docPartPr>
      <w:docPartBody>
        <w:p w:rsidR="00A97AAF" w:rsidRDefault="00AD16EA" w:rsidP="00AD16EA">
          <w:pPr>
            <w:pStyle w:val="A2BB5EE70A344F0CADCDBE883342A8F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518A7C9D714CE8856CB3D8590AFF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5083C-D381-44E1-9760-C753A69541F0}"/>
      </w:docPartPr>
      <w:docPartBody>
        <w:p w:rsidR="00A97AAF" w:rsidRDefault="00AD16EA" w:rsidP="00AD16EA">
          <w:pPr>
            <w:pStyle w:val="F9518A7C9D714CE8856CB3D8590AFFB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A0B760F1B6426283DAC368FA2E46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58397-E12B-4FB6-AD10-A224B7494A60}"/>
      </w:docPartPr>
      <w:docPartBody>
        <w:p w:rsidR="00A97AAF" w:rsidRDefault="00AD16EA" w:rsidP="00AD16EA">
          <w:pPr>
            <w:pStyle w:val="97A0B760F1B6426283DAC368FA2E463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C6CB5797FA4F20BB6C33F0ABB00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FD516-32F3-430A-8F72-27CEDB41839D}"/>
      </w:docPartPr>
      <w:docPartBody>
        <w:p w:rsidR="00A97AAF" w:rsidRDefault="00AD16EA" w:rsidP="00AD16EA">
          <w:pPr>
            <w:pStyle w:val="5EC6CB5797FA4F20BB6C33F0ABB005A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B4C39448884D45C6AA47A5146B9FE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FED89-0BD3-4C2C-9C2C-A88769274B6D}"/>
      </w:docPartPr>
      <w:docPartBody>
        <w:p w:rsidR="00A97AAF" w:rsidRDefault="00AD16EA" w:rsidP="00AD16EA">
          <w:pPr>
            <w:pStyle w:val="B4C39448884D45C6AA47A5146B9FEC5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518301FE930409DA52DCECD42BBB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E8D6C-4DDF-498C-A9AA-F28F6E0538C8}"/>
      </w:docPartPr>
      <w:docPartBody>
        <w:p w:rsidR="00A97AAF" w:rsidRDefault="00AD16EA" w:rsidP="00AD16EA">
          <w:pPr>
            <w:pStyle w:val="5518301FE930409DA52DCECD42BBB96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240B029F804FFC8B05804EE9DEF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0FF64-BA57-45C5-B4FB-9170B17662D5}"/>
      </w:docPartPr>
      <w:docPartBody>
        <w:p w:rsidR="00A97AAF" w:rsidRDefault="00AD16EA" w:rsidP="00AD16EA">
          <w:pPr>
            <w:pStyle w:val="73240B029F804FFC8B05804EE9DEF12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DDA1F229E8469E9DAC99502A8A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0522C-675C-4D11-8901-F29FBD882078}"/>
      </w:docPartPr>
      <w:docPartBody>
        <w:p w:rsidR="00A97AAF" w:rsidRDefault="00AD16EA" w:rsidP="00AD16EA">
          <w:pPr>
            <w:pStyle w:val="9ADDA1F229E8469E9DAC99502A8AA63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8F3B446CAA4000A52CB329C2680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9CAC4-9986-4618-A6F0-9855DD157193}"/>
      </w:docPartPr>
      <w:docPartBody>
        <w:p w:rsidR="00A97AAF" w:rsidRDefault="00AD16EA" w:rsidP="00AD16EA">
          <w:pPr>
            <w:pStyle w:val="4A8F3B446CAA4000A52CB329C26801D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38963CE0CD4C169D11CABA953A7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5CEAC-9818-4D55-99FD-C4590C5EF1F8}"/>
      </w:docPartPr>
      <w:docPartBody>
        <w:p w:rsidR="00A97AAF" w:rsidRDefault="00AD16EA" w:rsidP="00AD16EA">
          <w:pPr>
            <w:pStyle w:val="BD38963CE0CD4C169D11CABA953A716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10BF9571124D029CF7643E47392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33034-C4F3-4041-9E10-F945A7548087}"/>
      </w:docPartPr>
      <w:docPartBody>
        <w:p w:rsidR="00A97AAF" w:rsidRDefault="00AD16EA" w:rsidP="00AD16EA">
          <w:pPr>
            <w:pStyle w:val="CA10BF9571124D029CF7643E473925A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7D27D8AA7AA410DB5A04ABDD3FF3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C10E4-6D76-440E-A457-3BA211F6EBBA}"/>
      </w:docPartPr>
      <w:docPartBody>
        <w:p w:rsidR="00A97AAF" w:rsidRDefault="00AD16EA" w:rsidP="00AD16EA">
          <w:pPr>
            <w:pStyle w:val="A7D27D8AA7AA410DB5A04ABDD3FF365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D93341F05784A63886B2CA3874E1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4B2F8-1971-4BB0-9B90-19702546DCF1}"/>
      </w:docPartPr>
      <w:docPartBody>
        <w:p w:rsidR="00A97AAF" w:rsidRDefault="00AD16EA" w:rsidP="00AD16EA">
          <w:pPr>
            <w:pStyle w:val="5D93341F05784A63886B2CA3874E1F2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8FB9AF3834736BE9C724FB99E2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64586-2939-495E-BF2E-675AA5A0B998}"/>
      </w:docPartPr>
      <w:docPartBody>
        <w:p w:rsidR="00A97AAF" w:rsidRDefault="00AD16EA" w:rsidP="00AD16EA">
          <w:pPr>
            <w:pStyle w:val="C1E8FB9AF3834736BE9C724FB99E24A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4AF23D05064E5F8BD5C30080BF2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2D058-C284-45B3-815A-428EACAD880D}"/>
      </w:docPartPr>
      <w:docPartBody>
        <w:p w:rsidR="00A97AAF" w:rsidRDefault="00AD16EA" w:rsidP="00AD16EA">
          <w:pPr>
            <w:pStyle w:val="484AF23D05064E5F8BD5C30080BF2C4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34161338614C2180A0AD9155069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B7719-729D-4753-817F-CD9B37396F2F}"/>
      </w:docPartPr>
      <w:docPartBody>
        <w:p w:rsidR="00A97AAF" w:rsidRDefault="00AD16EA" w:rsidP="00AD16EA">
          <w:pPr>
            <w:pStyle w:val="7334161338614C2180A0AD9155069E9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97E436C925458083AE1D7D4A64C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5DB07-9E1A-4D44-8DF6-B6BD74E9F107}"/>
      </w:docPartPr>
      <w:docPartBody>
        <w:p w:rsidR="00A97AAF" w:rsidRDefault="00AD16EA" w:rsidP="00AD16EA">
          <w:pPr>
            <w:pStyle w:val="EC97E436C925458083AE1D7D4A64CC9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F05F8AD6714C9AB6712C5DCFE9A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48E72-CB55-489E-9378-AD69B5A76778}"/>
      </w:docPartPr>
      <w:docPartBody>
        <w:p w:rsidR="00A97AAF" w:rsidRDefault="00AD16EA" w:rsidP="00AD16EA">
          <w:pPr>
            <w:pStyle w:val="F6F05F8AD6714C9AB6712C5DCFE9A13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3AB9522FBC3485E931882278789A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61062-8379-43D8-8AA1-3106AF5EBBC6}"/>
      </w:docPartPr>
      <w:docPartBody>
        <w:p w:rsidR="00A97AAF" w:rsidRDefault="00AD16EA" w:rsidP="00AD16EA">
          <w:pPr>
            <w:pStyle w:val="33AB9522FBC3485E931882278789A321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C90AD65A0CB420B8EE027A41095F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5C8AF-AC0B-46DC-8C24-C9FEBD2AD0C9}"/>
      </w:docPartPr>
      <w:docPartBody>
        <w:p w:rsidR="00A97AAF" w:rsidRDefault="00AD16EA" w:rsidP="00AD16EA">
          <w:pPr>
            <w:pStyle w:val="FC90AD65A0CB420B8EE027A41095F17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6436FC64524841803119FE037A5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6C9D0-9232-47DF-A877-ED4160662DC2}"/>
      </w:docPartPr>
      <w:docPartBody>
        <w:p w:rsidR="00A97AAF" w:rsidRDefault="00AD16EA" w:rsidP="00AD16EA">
          <w:pPr>
            <w:pStyle w:val="CB6436FC64524841803119FE037A54B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8AAC50CC834665AFFD93EAE43EF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7D92D-D8C2-4A7C-A7E2-BE3ABBBF4527}"/>
      </w:docPartPr>
      <w:docPartBody>
        <w:p w:rsidR="00A97AAF" w:rsidRDefault="00AD16EA" w:rsidP="00AD16EA">
          <w:pPr>
            <w:pStyle w:val="898AAC50CC834665AFFD93EAE43EFFF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9BADAAC3064C3FBF58CB99CBBB9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FFA2A-A00F-4108-AE51-71EC090A9CC6}"/>
      </w:docPartPr>
      <w:docPartBody>
        <w:p w:rsidR="00A97AAF" w:rsidRDefault="00AD16EA" w:rsidP="00AD16EA">
          <w:pPr>
            <w:pStyle w:val="EB9BADAAC3064C3FBF58CB99CBBB95D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164A29"/>
    <w:rsid w:val="00174BC2"/>
    <w:rsid w:val="004161F5"/>
    <w:rsid w:val="005227CF"/>
    <w:rsid w:val="005A051B"/>
    <w:rsid w:val="006239E1"/>
    <w:rsid w:val="00634B17"/>
    <w:rsid w:val="007935AE"/>
    <w:rsid w:val="008A515E"/>
    <w:rsid w:val="00A97AAF"/>
    <w:rsid w:val="00AD16EA"/>
    <w:rsid w:val="00B302C0"/>
    <w:rsid w:val="00BD0B7C"/>
    <w:rsid w:val="00CF57FE"/>
    <w:rsid w:val="00D6500B"/>
    <w:rsid w:val="00D83113"/>
    <w:rsid w:val="00E5708D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16EA"/>
    <w:rPr>
      <w:color w:val="666666"/>
    </w:rPr>
  </w:style>
  <w:style w:type="paragraph" w:customStyle="1" w:styleId="0423504971984E3CA014D7D54995C960">
    <w:name w:val="0423504971984E3CA014D7D54995C960"/>
    <w:rsid w:val="004161F5"/>
  </w:style>
  <w:style w:type="paragraph" w:customStyle="1" w:styleId="1734C0B0E50C4165979C1D1CD6EF51182">
    <w:name w:val="1734C0B0E50C4165979C1D1CD6EF5118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2">
    <w:name w:val="F4D6CB2241074A76A75ACE4A72F3BAC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2">
    <w:name w:val="5C6BE9DD57B042A78E73AE6C65AB81E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2">
    <w:name w:val="B94FF17A7DD844238942618D220CAEE0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6335FC542D49358B92E7CE5B8CFB2A2">
    <w:name w:val="266335FC542D49358B92E7CE5B8CFB2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2">
    <w:name w:val="767E5F504CE04A3283DBB5C362BF53D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2E423334A1483FB60B9D2CAAE2DFEB2">
    <w:name w:val="282E423334A1483FB60B9D2CAAE2DFEB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2">
    <w:name w:val="15FA136DFCC9400EA3643631FD9D49AC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A6878A32B748B09A8EA9B3A79FA6302">
    <w:name w:val="55A6878A32B748B09A8EA9B3A79FA630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2">
    <w:name w:val="758EF154077D4EC492E0AA02749775EE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2">
    <w:name w:val="60444590C5F4414E83C6454885D5753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2">
    <w:name w:val="096DC268CB3744C7AF90E558EFABE7F6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2">
    <w:name w:val="16EE3227410F4460A6706019F08584B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2">
    <w:name w:val="35C6ADD19D0A4F7F9AA8A8D4CCB1374F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2">
    <w:name w:val="0AD4EFDEB46F4DD3B07D7D864B6EAEB2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2">
    <w:name w:val="C969D259CE28476AA1EB44B74A93B0DE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2">
    <w:name w:val="4163D3241B974CB9999FF0EC5B4E2B21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2">
    <w:name w:val="89495584885745569DDCF4FEC1482D05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2">
    <w:name w:val="66C6F6902A3B4D4CA7D745FDDA70B68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2">
    <w:name w:val="4CD965A9EE694FECADF2476D720E7B6E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2">
    <w:name w:val="09E232A6ADC042DB884957F020A929B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2">
    <w:name w:val="3DF7FD3C5E5C4C0992D419903A5ACDD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2">
    <w:name w:val="CADFFF9D18954E1993F5C0789B03E17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2">
    <w:name w:val="657F90F891404138BEF4C8B0986FE706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2">
    <w:name w:val="C9113B8A854441D682CE5AC80AFB0860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2">
    <w:name w:val="A98CC7936C024C2988776FBA2CC670B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2">
    <w:name w:val="2E9B36F7201C45DF99CA9FA9C42900AE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2">
    <w:name w:val="09814CF1CD7A47D3BB560F37A96F9D58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2">
    <w:name w:val="7793DEAF92564508A217818A964BBBC0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2">
    <w:name w:val="872FF4CA11794B8A841DB2220DF10EA6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2">
    <w:name w:val="4E97BD512F134974B65EC5CE1A1FFA5C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2">
    <w:name w:val="43C24FC1DD4E4C25906C3761C0E444F2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2">
    <w:name w:val="6E5B51F8A20C49259CB13015EB12138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2">
    <w:name w:val="ACA81B7FEB124004A04A95F11ADBD7A7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2">
    <w:name w:val="E3F5175B57004446843F4F317C13BE7C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2">
    <w:name w:val="6E2E25C8BD59485F83A4E1A3EB66C1C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2">
    <w:name w:val="74CADD3637F3476CAEF2795719E307AF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2">
    <w:name w:val="AB27C8C8D90949D99B80C3BCC40C6DB1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2">
    <w:name w:val="BE6BAA36B4CE46CCBA1107A2CA86328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2">
    <w:name w:val="98F3A9EE91754E259AFD2F141BD88EC3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2">
    <w:name w:val="A562792367E244C2B52C13434E400DB2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2">
    <w:name w:val="7E217E49FF2B4BCCB4F3ACCCBA862056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2">
    <w:name w:val="A6B6B6169038418C8F137F03A3BAC3E6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2">
    <w:name w:val="BA84038C5BAB4BC98BCFD7720888F4E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2">
    <w:name w:val="2A85F1BB5E59479D91B2E845B74103B1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2">
    <w:name w:val="734A0FEE22AB4D08A85FAFBB84445CB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2">
    <w:name w:val="3AE69983638E496B87E186B118E83D05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2">
    <w:name w:val="4E1B8BE8E635423EB269141E9E2912AC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2">
    <w:name w:val="522C19E6AA2346A4966003129C441C2C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2">
    <w:name w:val="DC6DBC8E8B3947CB8F9195F36B67D85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2">
    <w:name w:val="49487EF4E50B45EF8F8DF0A58099CB0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7A0B760F1B6426283DAC368FA2E46311">
    <w:name w:val="97A0B760F1B6426283DAC368FA2E463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C6CB5797FA4F20BB6C33F0ABB005A41">
    <w:name w:val="5EC6CB5797FA4F20BB6C33F0ABB005A4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C39448884D45C6AA47A5146B9FEC5D1">
    <w:name w:val="B4C39448884D45C6AA47A5146B9FEC5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18301FE930409DA52DCECD42BBB96B1">
    <w:name w:val="5518301FE930409DA52DCECD42BBB96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240B029F804FFC8B05804EE9DEF1201">
    <w:name w:val="73240B029F804FFC8B05804EE9DEF12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DDA1F229E8469E9DAC99502A8AA6351">
    <w:name w:val="9ADDA1F229E8469E9DAC99502A8AA635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8F3B446CAA4000A52CB329C26801DC1">
    <w:name w:val="4A8F3B446CAA4000A52CB329C26801DC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D38963CE0CD4C169D11CABA953A71671">
    <w:name w:val="BD38963CE0CD4C169D11CABA953A7167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10BF9571124D029CF7643E473925AD1">
    <w:name w:val="CA10BF9571124D029CF7643E473925A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7D27D8AA7AA410DB5A04ABDD3FF365A1">
    <w:name w:val="A7D27D8AA7AA410DB5A04ABDD3FF365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D93341F05784A63886B2CA3874E1F2D1">
    <w:name w:val="5D93341F05784A63886B2CA3874E1F2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E8FB9AF3834736BE9C724FB99E24AA1">
    <w:name w:val="C1E8FB9AF3834736BE9C724FB99E24A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4AF23D05064E5F8BD5C30080BF2C451">
    <w:name w:val="484AF23D05064E5F8BD5C30080BF2C45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34161338614C2180A0AD9155069E911">
    <w:name w:val="7334161338614C2180A0AD9155069E9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97E436C925458083AE1D7D4A64CC9B1">
    <w:name w:val="EC97E436C925458083AE1D7D4A64CC9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F05F8AD6714C9AB6712C5DCFE9A13D1">
    <w:name w:val="F6F05F8AD6714C9AB6712C5DCFE9A13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AB9522FBC3485E931882278789A3211">
    <w:name w:val="33AB9522FBC3485E931882278789A32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C90AD65A0CB420B8EE027A41095F1761">
    <w:name w:val="FC90AD65A0CB420B8EE027A41095F176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6436FC64524841803119FE037A54B71">
    <w:name w:val="CB6436FC64524841803119FE037A54B7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8AAC50CC834665AFFD93EAE43EFFF11">
    <w:name w:val="898AAC50CC834665AFFD93EAE43EFFF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9BADAAC3064C3FBF58CB99CBBB95D61">
    <w:name w:val="EB9BADAAC3064C3FBF58CB99CBBB95D6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2">
    <w:name w:val="C6C5AA04D5744E5397F5B4C02E599FEC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2">
    <w:name w:val="657845195F10471BB191FDF6254F450F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2">
    <w:name w:val="4261ABEBA6024587BD9BFFA89B86CBA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2">
    <w:name w:val="ECE4C47E07C843CCA2D7255597D07705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2">
    <w:name w:val="9444CF760006459A89EF2B7CE3AFF2D1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2">
    <w:name w:val="A451D5A1F2414B9AB219F05CFB3EC45E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2">
    <w:name w:val="E58E1C4CC73644419B96786849CD0414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2">
    <w:name w:val="982533AA1A67444FAB6AD764FF1EF883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2">
    <w:name w:val="A8251704D7154EB4AAFD40739CBF3232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2">
    <w:name w:val="092F71A98DCB432994A49CF6A2418B1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2">
    <w:name w:val="FF714C39671F4059B6173089394CD3E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2">
    <w:name w:val="28589E92AA8443098EDE0E709D3F980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2">
    <w:name w:val="7B8873B5DDFA49E29AD3D86C96355BE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2">
    <w:name w:val="7D53A91E55554B1E87906AAB7E66728B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59EF7263DE4E93AF3E67553AA1B9C21">
    <w:name w:val="5459EF7263DE4E93AF3E67553AA1B9C2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383341C03B4259823EE8E3448B08DD1">
    <w:name w:val="C9383341C03B4259823EE8E3448B08D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6CC685E8754DD0B9C18886F2BF9DA61">
    <w:name w:val="6D6CC685E8754DD0B9C18886F2BF9DA6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012038DE8814E6BA008D3782AA38EE41">
    <w:name w:val="5012038DE8814E6BA008D3782AA38EE4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295563A0C344488C5A14A7C95C97481">
    <w:name w:val="CB295563A0C344488C5A14A7C95C9748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68E2B78AF3433DA2052D92C678AF811">
    <w:name w:val="2F68E2B78AF3433DA2052D92C678AF8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69D327F4374E73A5B9CFB6F09C78311">
    <w:name w:val="3969D327F4374E73A5B9CFB6F09C783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D2C747AE3D451D9D5F767CD7811C271">
    <w:name w:val="ACD2C747AE3D451D9D5F767CD7811C27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336FA3E65B4EF18A97885A099F2B101">
    <w:name w:val="CD336FA3E65B4EF18A97885A099F2B1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92ECE1E835E4DC1B62CD3516D7D71771">
    <w:name w:val="D92ECE1E835E4DC1B62CD3516D7D7177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52BA069B284D16A37AF49AAFA7836D1">
    <w:name w:val="C852BA069B284D16A37AF49AAFA7836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4B1C8F4154C998CEE0AB1E3EE16571">
    <w:name w:val="3DF4B1C8F4154C998CEE0AB1E3EE1657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E7F96908054AD39AA11F6D189EFD7F1">
    <w:name w:val="D6E7F96908054AD39AA11F6D189EFD7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D3492692844E9EA941A741CE99FE901">
    <w:name w:val="D5D3492692844E9EA941A741CE99FE9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1050CF80ED4BC2B94B5308892551DC1">
    <w:name w:val="DC1050CF80ED4BC2B94B5308892551DC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9C7BBEA4874D7096FC90BC98D91D321">
    <w:name w:val="239C7BBEA4874D7096FC90BC98D91D32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F357070660465393639C81A867DE451">
    <w:name w:val="9AF357070660465393639C81A867DE45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98C576F3EF2491D8599FEE5203A7A091">
    <w:name w:val="D98C576F3EF2491D8599FEE5203A7A0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D702AB954414F8B87C7E094846420691">
    <w:name w:val="DD702AB954414F8B87C7E0948464206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BB5EE70A344F0CADCDBE883342A8F91">
    <w:name w:val="A2BB5EE70A344F0CADCDBE883342A8F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9518A7C9D714CE8856CB3D8590AFFB11">
    <w:name w:val="F9518A7C9D714CE8856CB3D8590AFFB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2">
    <w:name w:val="CA4E4ABAE5DA465E97A6237A7809538C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2">
    <w:name w:val="156AE4FD73954CA688AAE317B321396B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2">
    <w:name w:val="6D5A277E4DAE4119840AF2E2D970FC5F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2">
    <w:name w:val="586FFECF142C4598987272C037E4807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2">
    <w:name w:val="0FB6E5FECABF45829BB384A56029A28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2">
    <w:name w:val="26164AFE8C004731B39F8D42AA79484B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2">
    <w:name w:val="143E6DFAA3A744858DA27EA69CF186A8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2">
    <w:name w:val="FB7E9068020A4D09974EA1EB0D07EBE0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2">
    <w:name w:val="B9DD229517514DD3BA30880642405144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2">
    <w:name w:val="4B4DB9EE858049CCB9AFBB15E50951BB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31585208564712A11D6D88DBC591C41">
    <w:name w:val="5E31585208564712A11D6D88DBC591C4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3EAF7D21314B5888CE80FC69D762921">
    <w:name w:val="ED3EAF7D21314B5888CE80FC69D76292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21F546347024A5F9C589682F05AF1001">
    <w:name w:val="121F546347024A5F9C589682F05AF10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FC50A1B5B5465C8063DF7C285A2A1B1">
    <w:name w:val="19FC50A1B5B5465C8063DF7C285A2A1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1C73C6A0248FDB489DA57EBF4B6EA1">
    <w:name w:val="C6C1C73C6A0248FDB489DA57EBF4B6E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7697613A7F4E18B904C79F0F71DF501">
    <w:name w:val="4C7697613A7F4E18B904C79F0F71DF5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36F23434204DB28004C203C617C9B91">
    <w:name w:val="C436F23434204DB28004C203C617C9B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F725A99E66547A8827FF2D57600BC6A1">
    <w:name w:val="EF725A99E66547A8827FF2D57600BC6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843FFDF87B4577AC077AA8E0317D901">
    <w:name w:val="EB843FFDF87B4577AC077AA8E0317D9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D53C1CD43D42A5887D48381774215E1">
    <w:name w:val="CDD53C1CD43D42A5887D48381774215E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8942BB1C3F4A75B5D8F0244E81325A1">
    <w:name w:val="A18942BB1C3F4A75B5D8F0244E81325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A65DB737AB94A6CBF1CA7A4181636881">
    <w:name w:val="1A65DB737AB94A6CBF1CA7A418163688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7BA06E14D745D89BDBD0A80AF4FE1B1">
    <w:name w:val="557BA06E14D745D89BDBD0A80AF4FE1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EFF1EEE0B74C4195C0BF0235DC4AF01">
    <w:name w:val="33EFF1EEE0B74C4195C0BF0235DC4AF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E83D3B99AA46718CD606D93C9475731">
    <w:name w:val="E9E83D3B99AA46718CD606D93C947573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2">
    <w:name w:val="7041F98D97294F33B27DB409BE8E34F1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2">
    <w:name w:val="73AB6D1D873F4738BF61AE697637871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2">
    <w:name w:val="520891A0A4C04E9D9F8A8F3644975CB1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2">
    <w:name w:val="C582574595EA444189787F4DFB8EE37F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2">
    <w:name w:val="55670920D67C4481B676B57D42BEF39B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C8BCAFAD63450F8D163618DC34DD5C1">
    <w:name w:val="13C8BCAFAD63450F8D163618DC34DD5C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E1EC2CA26F40E58BECF72C7DF2B1A71">
    <w:name w:val="0EE1EC2CA26F40E58BECF72C7DF2B1A7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71F82E9202498E8C4EC460EC169A731">
    <w:name w:val="5871F82E9202498E8C4EC460EC169A73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9C6939249F459D8E1D8C6FAA68299F1">
    <w:name w:val="529C6939249F459D8E1D8C6FAA68299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D2100000894AF6A28A2E7BAF59E5841">
    <w:name w:val="67D2100000894AF6A28A2E7BAF59E584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E207D5457748C8816FF42D3A21367F1">
    <w:name w:val="A0E207D5457748C8816FF42D3A21367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4E9C7B33C94F4F853511E8D6FC84E31">
    <w:name w:val="1F4E9C7B33C94F4F853511E8D6FC84E3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0D5B2A5BD04B56B2B00911A72D0C4F1">
    <w:name w:val="A30D5B2A5BD04B56B2B00911A72D0C4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390E91505D4693AB86895731954C261">
    <w:name w:val="9D390E91505D4693AB86895731954C26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D3512B64A34FDA82D21A1D68C7C0641">
    <w:name w:val="83D3512B64A34FDA82D21A1D68C7C064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6399C995A541DE87FCABA3DE7B989F1">
    <w:name w:val="AF6399C995A541DE87FCABA3DE7B989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FE1BECACAB43248A6E867938A011441">
    <w:name w:val="44FE1BECACAB43248A6E867938A01144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BB764FE1E04820A50AE98EC647B9C51">
    <w:name w:val="77BB764FE1E04820A50AE98EC647B9C5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DC023CD84540779F336169F1C622B61">
    <w:name w:val="D6DC023CD84540779F336169F1C622B6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D164E14B3D4CABBB6E937A3C23C25B1">
    <w:name w:val="19D164E14B3D4CABBB6E937A3C23C25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3ABC3BD0E246BA9945124F4E7CD42E1">
    <w:name w:val="2A3ABC3BD0E246BA9945124F4E7CD42E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2AC9464DA1E49A38628624C281351481">
    <w:name w:val="12AC9464DA1E49A38628624C28135148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B5EC1D3341437FA6B1B4976424E1AF1">
    <w:name w:val="65B5EC1D3341437FA6B1B4976424E1A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F726BEE94A1479E96250CE1DC43083B1">
    <w:name w:val="5F726BEE94A1479E96250CE1DC43083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9B7EA1197A481FA71761742EB075BE1">
    <w:name w:val="429B7EA1197A481FA71761742EB075BE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customXml/itemProps2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EB2DE0-DE23-40A9-BD92-4B3F0F39F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12</Pages>
  <Words>1669</Words>
  <Characters>9517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7</cp:revision>
  <dcterms:created xsi:type="dcterms:W3CDTF">2026-08-19T15:22:00Z</dcterms:created>
  <dcterms:modified xsi:type="dcterms:W3CDTF">2026-10-07T10:23:00Z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